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5BBDC" w14:textId="47115996" w:rsidR="006144B0" w:rsidRPr="006144B0" w:rsidRDefault="006144B0" w:rsidP="006144B0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     </w:t>
      </w:r>
      <w:r w:rsidRPr="006144B0">
        <w:rPr>
          <w:rFonts w:ascii="Times New Roman" w:hAnsi="Times New Roman" w:cs="Times New Roman"/>
          <w:b/>
          <w:sz w:val="28"/>
          <w:szCs w:val="28"/>
          <w:lang w:val="az-Latn-AZ"/>
        </w:rPr>
        <w:t>MƏKTƏB DİREKTORLARI VƏ DİREKTOR MÜAVİNLƏRİNİN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</w:t>
      </w:r>
      <w:r w:rsidRPr="006144B0">
        <w:rPr>
          <w:rFonts w:ascii="Times New Roman" w:hAnsi="Times New Roman" w:cs="Times New Roman"/>
          <w:b/>
          <w:sz w:val="28"/>
          <w:szCs w:val="28"/>
          <w:lang w:val="az-Latn-AZ"/>
        </w:rPr>
        <w:t>İŞƏ QƏBULU ÜZRƏ MÜSAHİBƏ SUALLARI</w:t>
      </w:r>
    </w:p>
    <w:p w14:paraId="65BC640C" w14:textId="35403722" w:rsidR="006144B0" w:rsidRPr="006144B0" w:rsidRDefault="006144B0" w:rsidP="006144B0">
      <w:pPr>
        <w:rPr>
          <w:rFonts w:ascii="Times New Roman" w:hAnsi="Times New Roman" w:cs="Times New Roman"/>
          <w:sz w:val="28"/>
          <w:szCs w:val="28"/>
          <w:lang w:val="az-Latn-AZ"/>
        </w:rPr>
      </w:pPr>
      <w:r w:rsidRPr="006144B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                                   </w:t>
      </w:r>
      <w:r w:rsidRPr="006144B0">
        <w:rPr>
          <w:rFonts w:ascii="Times New Roman" w:hAnsi="Times New Roman" w:cs="Times New Roman"/>
          <w:b/>
          <w:sz w:val="28"/>
          <w:szCs w:val="28"/>
          <w:lang w:val="az-Latn-AZ"/>
        </w:rPr>
        <w:t>10 əsas mövzu üzrə 500 təkrarsız, praktik və kompetensiyayönlü sual</w:t>
      </w:r>
    </w:p>
    <w:p w14:paraId="323EA05E" w14:textId="1C382FF4" w:rsidR="006144B0" w:rsidRPr="006144B0" w:rsidRDefault="006144B0" w:rsidP="006144B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Mövzular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üzrə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ümumi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bölgü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6647"/>
        <w:gridCol w:w="101"/>
        <w:gridCol w:w="502"/>
        <w:gridCol w:w="6124"/>
      </w:tblGrid>
      <w:tr w:rsidR="00971F9B" w:rsidRPr="006144B0" w14:paraId="44112DCD" w14:textId="77777777" w:rsidTr="00971F9B">
        <w:trPr>
          <w:trHeight w:val="469"/>
          <w:tblHeader/>
          <w:jc w:val="center"/>
        </w:trPr>
        <w:tc>
          <w:tcPr>
            <w:tcW w:w="701" w:type="dxa"/>
            <w:shd w:val="clear" w:color="auto" w:fill="166534"/>
          </w:tcPr>
          <w:p w14:paraId="279B0C3E" w14:textId="77777777" w:rsidR="006144B0" w:rsidRPr="006144B0" w:rsidRDefault="006144B0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6647" w:type="dxa"/>
            <w:shd w:val="clear" w:color="auto" w:fill="166534"/>
          </w:tcPr>
          <w:p w14:paraId="0231750D" w14:textId="77777777" w:rsidR="006144B0" w:rsidRPr="006144B0" w:rsidRDefault="006144B0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Mövzu</w:t>
            </w:r>
            <w:proofErr w:type="spellEnd"/>
          </w:p>
        </w:tc>
        <w:tc>
          <w:tcPr>
            <w:tcW w:w="603" w:type="dxa"/>
            <w:gridSpan w:val="2"/>
            <w:shd w:val="clear" w:color="auto" w:fill="166534"/>
          </w:tcPr>
          <w:p w14:paraId="3E6434FC" w14:textId="4F90E71B" w:rsidR="006144B0" w:rsidRPr="006144B0" w:rsidRDefault="006144B0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123" w:type="dxa"/>
            <w:shd w:val="clear" w:color="auto" w:fill="166534"/>
          </w:tcPr>
          <w:p w14:paraId="25518968" w14:textId="77777777" w:rsidR="006144B0" w:rsidRPr="006144B0" w:rsidRDefault="006144B0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Sual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sayı</w:t>
            </w:r>
            <w:proofErr w:type="spellEnd"/>
          </w:p>
        </w:tc>
      </w:tr>
      <w:tr w:rsidR="00971F9B" w:rsidRPr="006144B0" w14:paraId="6AA6A7B7" w14:textId="77777777" w:rsidTr="00971F9B">
        <w:trPr>
          <w:trHeight w:val="469"/>
          <w:jc w:val="center"/>
        </w:trPr>
        <w:tc>
          <w:tcPr>
            <w:tcW w:w="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16F533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6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C99CAA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Liderlik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və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strateji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idarəetmə</w:t>
            </w:r>
            <w:proofErr w:type="spellEnd"/>
          </w:p>
        </w:tc>
        <w:tc>
          <w:tcPr>
            <w:tcW w:w="6727" w:type="dxa"/>
            <w:gridSpan w:val="3"/>
            <w:vMerge w:val="restar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BF5216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  <w:p w14:paraId="20556B7F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  <w:p w14:paraId="0809BAE9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  <w:p w14:paraId="785432F7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  <w:p w14:paraId="51342205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  <w:p w14:paraId="5809F00F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  <w:p w14:paraId="104B4BEA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  <w:p w14:paraId="33AC0908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  <w:p w14:paraId="69E33425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  <w:p w14:paraId="0EBFAEEE" w14:textId="4C547124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</w:tr>
      <w:tr w:rsidR="00971F9B" w:rsidRPr="00492B41" w14:paraId="14CC297F" w14:textId="77777777" w:rsidTr="00971F9B">
        <w:trPr>
          <w:trHeight w:val="469"/>
          <w:jc w:val="center"/>
        </w:trPr>
        <w:tc>
          <w:tcPr>
            <w:tcW w:w="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7D0DB8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6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6841772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2.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Tədrisin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keyfiyyəti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və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şagird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nəticələri</w:t>
            </w:r>
            <w:proofErr w:type="spellEnd"/>
          </w:p>
        </w:tc>
        <w:tc>
          <w:tcPr>
            <w:tcW w:w="6727" w:type="dxa"/>
            <w:gridSpan w:val="3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B6BF0E" w14:textId="19C978A0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71F9B" w:rsidRPr="006144B0" w14:paraId="0CD691E6" w14:textId="77777777" w:rsidTr="00971F9B">
        <w:trPr>
          <w:trHeight w:val="461"/>
          <w:jc w:val="center"/>
        </w:trPr>
        <w:tc>
          <w:tcPr>
            <w:tcW w:w="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60A375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6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6BB3CB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3.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Problemlərin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həlli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və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qərarvermə</w:t>
            </w:r>
            <w:proofErr w:type="spellEnd"/>
          </w:p>
        </w:tc>
        <w:tc>
          <w:tcPr>
            <w:tcW w:w="6727" w:type="dxa"/>
            <w:gridSpan w:val="3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45EE5F" w14:textId="6C5EFC3C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71F9B" w:rsidRPr="006144B0" w14:paraId="7BC95366" w14:textId="77777777" w:rsidTr="00971F9B">
        <w:trPr>
          <w:trHeight w:val="469"/>
          <w:jc w:val="center"/>
        </w:trPr>
        <w:tc>
          <w:tcPr>
            <w:tcW w:w="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EA7E0CD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6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67CD73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4.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İdarəçilik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təşkilatçılıq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və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hesabatlılıq</w:t>
            </w:r>
            <w:proofErr w:type="spellEnd"/>
          </w:p>
        </w:tc>
        <w:tc>
          <w:tcPr>
            <w:tcW w:w="6727" w:type="dxa"/>
            <w:gridSpan w:val="3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B35B7C" w14:textId="54C306C3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71F9B" w:rsidRPr="00492B41" w14:paraId="359EFD87" w14:textId="77777777" w:rsidTr="00971F9B">
        <w:trPr>
          <w:trHeight w:val="469"/>
          <w:jc w:val="center"/>
        </w:trPr>
        <w:tc>
          <w:tcPr>
            <w:tcW w:w="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916876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6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6617EB6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5.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Ünsiyyət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və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maraqlı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tərəflərlə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əlaqə</w:t>
            </w:r>
            <w:proofErr w:type="spellEnd"/>
          </w:p>
        </w:tc>
        <w:tc>
          <w:tcPr>
            <w:tcW w:w="6727" w:type="dxa"/>
            <w:gridSpan w:val="3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DC264B9" w14:textId="3B240100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71F9B" w:rsidRPr="00492B41" w14:paraId="2123130C" w14:textId="77777777" w:rsidTr="00971F9B">
        <w:trPr>
          <w:trHeight w:val="461"/>
          <w:jc w:val="center"/>
        </w:trPr>
        <w:tc>
          <w:tcPr>
            <w:tcW w:w="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70E23C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6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A3E87F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6.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Təhsil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və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əmək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qanunvericiliyinin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tətbiqi</w:t>
            </w:r>
            <w:proofErr w:type="spellEnd"/>
          </w:p>
        </w:tc>
        <w:tc>
          <w:tcPr>
            <w:tcW w:w="6727" w:type="dxa"/>
            <w:gridSpan w:val="3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012632" w14:textId="49A41303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71F9B" w:rsidRPr="00492B41" w14:paraId="636CC099" w14:textId="77777777" w:rsidTr="00971F9B">
        <w:trPr>
          <w:trHeight w:val="469"/>
          <w:jc w:val="center"/>
        </w:trPr>
        <w:tc>
          <w:tcPr>
            <w:tcW w:w="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9E86C1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6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A47A53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7.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Sosial-emosional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və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etik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liderlik</w:t>
            </w:r>
            <w:proofErr w:type="spellEnd"/>
          </w:p>
        </w:tc>
        <w:tc>
          <w:tcPr>
            <w:tcW w:w="6727" w:type="dxa"/>
            <w:gridSpan w:val="3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FBE429" w14:textId="404F4896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71F9B" w:rsidRPr="00492B41" w14:paraId="5AF9DDB1" w14:textId="77777777" w:rsidTr="00971F9B">
        <w:trPr>
          <w:trHeight w:val="469"/>
          <w:jc w:val="center"/>
        </w:trPr>
        <w:tc>
          <w:tcPr>
            <w:tcW w:w="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25A744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66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8EB4F1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8.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Uşaq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müdafiəsi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təhlükəsizlik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və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inklüzivlik</w:t>
            </w:r>
            <w:proofErr w:type="spellEnd"/>
          </w:p>
        </w:tc>
        <w:tc>
          <w:tcPr>
            <w:tcW w:w="6727" w:type="dxa"/>
            <w:gridSpan w:val="3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66A66E3" w14:textId="178CCDBB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71F9B" w:rsidRPr="006144B0" w14:paraId="65640A75" w14:textId="77777777" w:rsidTr="00971F9B">
        <w:trPr>
          <w:trHeight w:val="461"/>
          <w:jc w:val="center"/>
        </w:trPr>
        <w:tc>
          <w:tcPr>
            <w:tcW w:w="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BAB73A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66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C140370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9.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Rəqəmsal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və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texnoloji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idarəetmə</w:t>
            </w:r>
            <w:proofErr w:type="spellEnd"/>
          </w:p>
        </w:tc>
        <w:tc>
          <w:tcPr>
            <w:tcW w:w="6727" w:type="dxa"/>
            <w:gridSpan w:val="3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8AD8F6C" w14:textId="2F0BFBD6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71F9B" w:rsidRPr="00492B41" w14:paraId="1CA674A2" w14:textId="77777777" w:rsidTr="00971F9B">
        <w:trPr>
          <w:cantSplit/>
          <w:trHeight w:val="469"/>
          <w:jc w:val="center"/>
        </w:trPr>
        <w:tc>
          <w:tcPr>
            <w:tcW w:w="70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F21DBE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66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86BE9CC" w14:textId="7777777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10.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Özünütəqdimetmə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peşəkar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inkişaf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və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şəxsi</w:t>
            </w:r>
            <w:proofErr w:type="spellEnd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liderlik</w:t>
            </w:r>
            <w:proofErr w:type="spellEnd"/>
          </w:p>
        </w:tc>
        <w:tc>
          <w:tcPr>
            <w:tcW w:w="6727" w:type="dxa"/>
            <w:gridSpan w:val="3"/>
            <w:vMerge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E2460E" w14:textId="7FD55A17" w:rsidR="00971F9B" w:rsidRPr="006144B0" w:rsidRDefault="00971F9B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71F9B" w:rsidRPr="006144B0" w14:paraId="20708157" w14:textId="77777777" w:rsidTr="00971F9B">
        <w:trPr>
          <w:trHeight w:val="478"/>
          <w:jc w:val="center"/>
        </w:trPr>
        <w:tc>
          <w:tcPr>
            <w:tcW w:w="7449" w:type="dxa"/>
            <w:gridSpan w:val="3"/>
            <w:shd w:val="clear" w:color="auto" w:fill="DCFCE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8D533E8" w14:textId="77777777" w:rsidR="006144B0" w:rsidRPr="006144B0" w:rsidRDefault="006144B0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Cəmi</w:t>
            </w:r>
            <w:proofErr w:type="spellEnd"/>
          </w:p>
        </w:tc>
        <w:tc>
          <w:tcPr>
            <w:tcW w:w="6626" w:type="dxa"/>
            <w:gridSpan w:val="2"/>
            <w:shd w:val="clear" w:color="auto" w:fill="DCFCE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63528F1" w14:textId="77777777" w:rsidR="006144B0" w:rsidRPr="006144B0" w:rsidRDefault="006144B0" w:rsidP="00614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500</w:t>
            </w:r>
          </w:p>
        </w:tc>
      </w:tr>
    </w:tbl>
    <w:p w14:paraId="171EADA4" w14:textId="34980E71" w:rsidR="006144B0" w:rsidRPr="006144B0" w:rsidRDefault="006144B0" w:rsidP="006144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1.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Liderlik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və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strateji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idarəetmə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3456"/>
        <w:gridCol w:w="4176"/>
        <w:gridCol w:w="7416"/>
      </w:tblGrid>
      <w:tr w:rsidR="006144B0" w:rsidRPr="006144B0" w14:paraId="1D603D08" w14:textId="77777777" w:rsidTr="006144B0">
        <w:trPr>
          <w:tblHeader/>
          <w:jc w:val="center"/>
        </w:trPr>
        <w:tc>
          <w:tcPr>
            <w:tcW w:w="792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F8278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№</w:t>
            </w:r>
          </w:p>
        </w:tc>
        <w:tc>
          <w:tcPr>
            <w:tcW w:w="345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11FDD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Mövzu</w:t>
            </w:r>
            <w:proofErr w:type="spellEnd"/>
          </w:p>
        </w:tc>
        <w:tc>
          <w:tcPr>
            <w:tcW w:w="417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436AF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Müsahibədə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yoxlanılan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cəhət</w:t>
            </w:r>
            <w:proofErr w:type="spellEnd"/>
          </w:p>
        </w:tc>
        <w:tc>
          <w:tcPr>
            <w:tcW w:w="741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6A202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Sual</w:t>
            </w:r>
          </w:p>
        </w:tc>
      </w:tr>
      <w:tr w:rsidR="006144B0" w:rsidRPr="00492B41" w14:paraId="5B442B0D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120C9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F7A991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4EACD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baxış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missiyası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4A810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direktorunun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missiyasını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izah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missiyanı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gündəlik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həyata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60379F1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347F3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00631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E6B04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İlk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mərhələ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prioritetləşdirmə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05EA8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Bu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vəzifəyə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olunsanız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ilk 100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ərzində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ardıcıllıqla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həyata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95875EA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69C2E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6611A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8BFD3F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əsaslanan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prioritet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seçimi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33693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prioriteti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9D5A221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1B0736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48887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A7363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operativ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balansı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D7835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Gündəlik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uzunmüddətli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hədəfləri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balansı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D1681A7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B98E7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5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9AB00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960367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Missiyanın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kollektivə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çatdırılması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15597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missiya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baxışının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015D03C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3789F8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6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58D29A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382DDA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planının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hazırlanması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7F2E0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üçillik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mərhələlərdən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46C3A24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E253D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7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8B7CC0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1B0FD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Ölçülə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bilən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hədəflərin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qurulması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3CA3F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icrasını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1EEF359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FF3C0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8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AE1D1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A02CE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Məhdud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resurslarla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seçim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E6FFC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aşağı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resurslar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məhdud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istiqaməti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birinci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prioritet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seçərdiniz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niyə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D0CB5D5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FA5B9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9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D98D44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1362A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İştirakçı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idarəetmə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1BCA4D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hazırlanmasına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cəlb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D1AB635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BA86B2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10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2432B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B9F45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Dəyişikliklərin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olunması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2DE817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yeni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yanaşmasına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müqavimət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göstərərsə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dəyişiklik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7DA16AD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CCFDA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11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2AAC0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167EA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Səlahiyyətlərin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bölüşdürülməsi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904CA8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Direktor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müavinləri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digər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səlahiyyət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məsuliyyətləri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bölüşdürərdiniz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09E685D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A4B3D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12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93A2B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3D5D9A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monitorinqi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0C156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icrasını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yarımillik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səviyyədə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ABC3EA7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8167DF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13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EC5AA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5FA42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Qısa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uzunmüddətli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uzlaşdırılması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728FE9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uzunmüddətli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ziddiyyət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1296785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BC44F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14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AD94D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D33B3E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Demoqrafik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dəyişikliklərə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uyğunlaşma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38A714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sayının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azalması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sürətlə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planlaşdırmaya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etməlidir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B69BD2C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C753D4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15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BC65B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98168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kimliyinin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formalaşdırılması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A4C6C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fərqləndirici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dəyərlərini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müsbət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kimliyini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formalaşdırardınız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89D7212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8AF98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16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949BB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27BC1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Mövcud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vəziyyətin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təhlili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677FC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güclü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üsullarından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68D15AF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2DFDA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17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688C5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DDBB6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Təşəbbüslərin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seçilməsi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6C372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neçə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təşəbbüsü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təklif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olunarsa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seçiləcəyini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meyarlarla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C0CB428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D85A2B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18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C0B6B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2DD7E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Dəyişikliklərin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davamlılığı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FC0A1D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Başlanmış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uğurlu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layihənin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dəyişikliyindən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6F3DC3D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68253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19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68A22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521464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Qeyri-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müəyyənlik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şəraitində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liderlik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90D2C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tam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olmadığı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məhdud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olduğu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şəraitdə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8E36829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454DAD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20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65D2DC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FB2B8F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mədəniyyəti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66E84A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qorxu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vasitəsinə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çevirmədən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mədəniyyətini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yaradardınız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75BA8AF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1FCBE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21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DE430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BEED0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Yeniliyin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sınaqdan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keçirilməsi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977B2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Yeni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modelini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bütün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etməzdən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sınaqdan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6712562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63199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22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DA864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5E67B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Ədalətli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resurs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bölgüsü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0BE0FC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maliyyə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insan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maddi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resurslarını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bölüşdürərkən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ədalət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prinsiplərini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götürərdiniz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B3C7C06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DB3E86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23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E6D1E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70EECF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Böhran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prioritet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2A4E6F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böhran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kommunikasiya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prioritetlərini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sıralayardınız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7A3E603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A6ECF5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24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81427C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847A0F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Hədəfin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yerinə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yetirilməməsinin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izahı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F7E89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İllik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hədəflərdən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yetirilmədikdə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səbəbləri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yuxarı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quruma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təqdim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E19101C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5BC018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25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8930B8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2E2D6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qiymətləndirilməsi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291CAA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Bir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sonunda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rəhbərliyinizin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uğurlu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olub-olmadığını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FBAC709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8BE40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26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B7C31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3C3844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diaqnostikanın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etibarlılığı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B6392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mövcud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sorğularından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alınan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etibarlılığını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603CC9B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727D8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27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45CAE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A84EDB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Başlanğıc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göstəricinin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müəyyənləşdirilməsi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A1108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hədəfi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qoymazdan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başlanğıc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sübutlarla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rəsmiləşdirərdiniz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069CFB3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ACD2DB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28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60F79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F082C5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Ziddiyyətli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məqsədlər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9A959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sürətli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yüksəldilməsi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yükünün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azaldılması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ziddiyyət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seçim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7AD31DD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51B39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29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6345C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77C2C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Dövlət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siyasəti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uyğunluq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78E31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prioritetlərini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ümumi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siyasəti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ehtiyaclarla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uyğunlaşdırardınız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82E3AE4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A5EC7D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30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24A9A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68CD73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ehtiyatının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hazırlanması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291C4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gələcək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koordinatorların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yetişdirilməsi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mexanizmini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4D7B056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95FCA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31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50AFCA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8C101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Paylanmış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yekun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məsuliyyət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5518E9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Səlahiyyətləri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komandaya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ötürərkən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direktorun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yekun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məsuliyyətini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EEE081D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94B4A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32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E3233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CBBA5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Təşkilati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mədəniyyətin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dəyişdirilməsi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6B7A97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təşəbbüsdən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yayınma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başqasına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ötürmə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mədəniyyəti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formalaşıbsa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dəyişərdiniz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CDCDBD1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BA030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33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11CEE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3B145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Bərabərlik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yönümlü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strategiya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89004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Müxtəlif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imkanlara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malik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prioritetləri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yenidən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A63C2AB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E9CA6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34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0787D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F357F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Ssenari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planlaşdırması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0835BC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Növbəti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yaxşı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real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riskli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ssenariləri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hazırlayar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678AD5F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3005F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35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D60D71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27DCA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Xarici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mühitin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təhlili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F48C9F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Demoqrafik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dəyişikliklərin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gələcəyinə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7475E98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9FE88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36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7A88D2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83B487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meyarlarının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şəffaflığı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558B5E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təşəbbüslərin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seçilməsi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meyarlarını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əvvəlcədən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açıqlayardınız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F8FF45C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804DAD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37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4C39F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591DC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Səmərəsiz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təşəbbüsün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dayandırılması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D88C6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Resurs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sərf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verməyən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layihəni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dayandırmaq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sübutlarla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əsaslandırardınız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77ACD66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09E413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38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37D17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26C766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irəliləyişin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kommunikasiyası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607775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mərhələlərini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ictimaiyyətinə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tezliklə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formada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təqdim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7FE3616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D26BF1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39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7E751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85E6D4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işçi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qrupunun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zəif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fəaliyyəti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936E6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cavabdeh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işçi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qrup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tapşırıqları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gecikdirirsə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A4B0F37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6DC25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40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C516A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024A4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Tərəfdaşlıq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strategiyası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E932B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xidmət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tərəfdaşları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meyarlarla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seçər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əməkdaşlığın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ölçərdiniz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FB8722D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C93731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41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B234F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A6766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Büdcə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strategiyanın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uyğunlaşdırılması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719B16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Məhdud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maliyyə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maddi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imkanların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uyğun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bölüşdürülməsini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BEF9A83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200D81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42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56E45C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783E0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icmalları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EFB49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heyətlə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keçirilən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icmal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görüşündə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tutmalıdır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57202EE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075A0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43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F15682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3488C8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Qeyri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-real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gözləntilərin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1452A3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yuxarı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qurum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qısa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müddətdə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qeyri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-real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gözlədikdə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mövqeyinizi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əsaslandırardınız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1923442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E75B1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44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9DAFF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375265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Yaxşı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təcrübənin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uyğunlaşdırılması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04CE8F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Başqa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uğurlu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modelini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kor-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koranə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köçürmədən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məktəbinizin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şəraitinə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uyğunlaşdırardınız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EC72ED5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0EB8A5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45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27E91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1256F3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il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ərzində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yenilənməsi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279D3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ortasında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yeni risk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imkan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düzəlişi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B3E6EED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5C71C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46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85B55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F89859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Çarpaz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funksional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layihə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idarəçiliyi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D7EA2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tərbiyə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təsərrüfat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sahələrini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birləşdirən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layihənin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strukturunu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DA91B31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3239A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47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2D9FD4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D574B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risk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reyestri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AEA681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hədəflərinə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mane ola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biləcək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riskləri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qeydə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alar,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D81906B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850DF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48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760E3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0CC22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İnstitusional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yaddaş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8222E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dəyişikliyi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təcrübənin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öyrənilmiş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itirilməməsini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0FCC1A4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8E41E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49</w:t>
            </w:r>
          </w:p>
        </w:tc>
        <w:tc>
          <w:tcPr>
            <w:tcW w:w="345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283C7A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90736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Tədbir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çoxluğunun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A7B5F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Çoxsaylı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kölgədə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qoymasının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FDC4A62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9D5C3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50</w:t>
            </w:r>
          </w:p>
        </w:tc>
        <w:tc>
          <w:tcPr>
            <w:tcW w:w="345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E66C5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17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8D7035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uğurunun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geniş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qiymətləndirilməsi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BA83A9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uğurunu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yalnız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imtahan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daha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</w:tbl>
    <w:p w14:paraId="4BB623BF" w14:textId="77777777" w:rsidR="006144B0" w:rsidRDefault="006144B0" w:rsidP="006144B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DC6A464" w14:textId="4E9952A2" w:rsidR="005901E5" w:rsidRPr="00492B41" w:rsidRDefault="005901E5" w:rsidP="005901E5">
      <w:pPr>
        <w:rPr>
          <w:rFonts w:ascii="Times New Roman" w:hAnsi="Times New Roman" w:cs="Times New Roman"/>
          <w:b/>
          <w:bCs/>
          <w:sz w:val="28"/>
          <w:szCs w:val="28"/>
          <w:lang w:val="az-Latn-AZ"/>
        </w:rPr>
      </w:pPr>
      <w:r w:rsidRPr="005901E5">
        <w:rPr>
          <w:rFonts w:ascii="Times New Roman" w:hAnsi="Times New Roman" w:cs="Times New Roman"/>
          <w:b/>
          <w:bCs/>
          <w:sz w:val="28"/>
          <w:szCs w:val="28"/>
          <w:lang w:val="en-US"/>
        </w:rPr>
        <w:t>QEYD :</w:t>
      </w:r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Müsahibədə</w:t>
      </w:r>
      <w:proofErr w:type="spellEnd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rastgəlmə</w:t>
      </w:r>
      <w:proofErr w:type="spellEnd"/>
      <w:r w:rsidR="00492B41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 xml:space="preserve"> </w:t>
      </w:r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tezliyi</w:t>
      </w:r>
      <w:proofErr w:type="spellEnd"/>
      <w:r w:rsidR="00492B41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 xml:space="preserve">və ya təkrarlama </w:t>
      </w:r>
    </w:p>
    <w:p w14:paraId="389D57CF" w14:textId="77777777" w:rsidR="005901E5" w:rsidRPr="00492B41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492B41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>Çox yüksək</w:t>
      </w:r>
      <w:r w:rsidRPr="00492B4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— demək olar ki, əksər müsahibələrdə bu mövzudan sual verilir. </w:t>
      </w:r>
    </w:p>
    <w:p w14:paraId="073E84FB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əsas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mövzularındandır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480506D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hazırda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dövrdə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əhəmiyyəti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artır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13B3EAA" w14:textId="77777777" w:rsidR="005901E5" w:rsidRPr="005901E5" w:rsidRDefault="005901E5" w:rsidP="006144B0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əvvəl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soruşulurdu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lakin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yer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almağa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başlayıb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>.</w:t>
      </w:r>
    </w:p>
    <w:p w14:paraId="511E6CCA" w14:textId="3B172034" w:rsidR="006144B0" w:rsidRPr="005901E5" w:rsidRDefault="006144B0" w:rsidP="005901E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901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901E5">
        <w:rPr>
          <w:rFonts w:ascii="Times New Roman" w:hAnsi="Times New Roman" w:cs="Times New Roman"/>
          <w:b/>
          <w:sz w:val="28"/>
          <w:szCs w:val="28"/>
        </w:rPr>
        <w:t>ə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>drisin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>keyfiyy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>ə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>ti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901E5">
        <w:rPr>
          <w:rFonts w:ascii="Times New Roman" w:hAnsi="Times New Roman" w:cs="Times New Roman"/>
          <w:b/>
          <w:sz w:val="28"/>
          <w:szCs w:val="28"/>
        </w:rPr>
        <w:t>ə ş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>agird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5901E5">
        <w:rPr>
          <w:rFonts w:ascii="Times New Roman" w:hAnsi="Times New Roman" w:cs="Times New Roman"/>
          <w:b/>
          <w:sz w:val="28"/>
          <w:szCs w:val="28"/>
        </w:rPr>
        <w:t>ə</w:t>
      </w:r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>tic</w:t>
      </w:r>
      <w:r w:rsidRPr="005901E5">
        <w:rPr>
          <w:rFonts w:ascii="Times New Roman" w:hAnsi="Times New Roman" w:cs="Times New Roman"/>
          <w:b/>
          <w:sz w:val="28"/>
          <w:szCs w:val="28"/>
        </w:rPr>
        <w:t>ə</w:t>
      </w:r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5901E5">
        <w:rPr>
          <w:rFonts w:ascii="Times New Roman" w:hAnsi="Times New Roman" w:cs="Times New Roman"/>
          <w:b/>
          <w:sz w:val="28"/>
          <w:szCs w:val="28"/>
        </w:rPr>
        <w:t>ə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>ri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3096"/>
        <w:gridCol w:w="3478"/>
        <w:gridCol w:w="8474"/>
      </w:tblGrid>
      <w:tr w:rsidR="006144B0" w:rsidRPr="006144B0" w14:paraId="1C6B1CF0" w14:textId="77777777" w:rsidTr="006144B0">
        <w:trPr>
          <w:tblHeader/>
          <w:jc w:val="center"/>
        </w:trPr>
        <w:tc>
          <w:tcPr>
            <w:tcW w:w="792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7405D6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№</w:t>
            </w:r>
          </w:p>
        </w:tc>
        <w:tc>
          <w:tcPr>
            <w:tcW w:w="309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4BC7A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Mövzu</w:t>
            </w:r>
            <w:proofErr w:type="spellEnd"/>
          </w:p>
        </w:tc>
        <w:tc>
          <w:tcPr>
            <w:tcW w:w="3478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36407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Müsahibədə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yoxlanılan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cəhət</w:t>
            </w:r>
            <w:proofErr w:type="spellEnd"/>
          </w:p>
        </w:tc>
        <w:tc>
          <w:tcPr>
            <w:tcW w:w="8474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53A19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Sual</w:t>
            </w:r>
          </w:p>
        </w:tc>
      </w:tr>
      <w:tr w:rsidR="006144B0" w:rsidRPr="00492B41" w14:paraId="55D0C12A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441D90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51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31054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A4D6D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mənbələrinin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seçilməsi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D3437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etibarlı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mənbələrdən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315650C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8F4F4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52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8E173F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C2BB44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geriləməsinin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səbəb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təhlili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AF31C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aşağı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düşdükdə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ilk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olaraq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səbəbləri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FD8A6F6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6D281B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53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C5E80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762F2A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İnkişafyönlü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dərsdinləmə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043E5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Dərsdinləməni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inzibati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vasitəsinə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çevirərdiniz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395DDBB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58A01E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54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A78199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C7B914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Metodik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çatışmazlığa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müdaxilə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81F4B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ciddi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metodik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çatışmazlıq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fəaliyyət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ardıcıllığını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9DA32A2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68333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55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38093A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AC3D2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Monitorinq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tətbiqi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B243A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monitorinqin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158616B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2D5707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56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47F8C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2057E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Qiymətləndirmənin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etibarlılığı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D89EF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verdiyi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real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nailiyyətini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əks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etdirib-etdirmədiyini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BEFCB3D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69E3C5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57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F7D696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40D30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xarici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müqayisəsi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EBB79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buraxılış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aşağı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974FE27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954CEC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58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8CBC0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15F9F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Zəif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şagirdlərə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dəstək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232CA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qrup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dəstək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mexanizmini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7B60801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846F5E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59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54BA0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712B8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Müəllimlərin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ehtiyacları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9EDDF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ehtiyaclarını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9D8AA3C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D5DB57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60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07DC1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9439C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Metodbirləşmələrin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nəticəliliyi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07A2B3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Metodbirləşmələrin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fəaliyyətini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formal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real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metodik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dəstək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mexanizminə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çevirərdiniz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9805C82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8077DC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61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27083F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84A58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Proqramın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icrası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öyrənmə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nəticəsi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CF085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proqramının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tamamlanması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həqiqi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öyrənməsi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balansı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0E9006A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C69ABB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62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CED3FB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4B1CD6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Ev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tapşırığının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keyfiyyəti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20FF2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tapşırıqlarının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həcmi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vahid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yanaşmanı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formalaşdırardınız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E2C0E7D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C1B16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63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2BFC6E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3DBFB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Süni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qiymət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riskinin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idarəsi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5F0B3B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şəkildə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yüksəldilirsə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qaldırardınız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0A9ACDF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B349E1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64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A09EA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F4755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Davamiyyət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əlaqəsi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547703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F8E2F5A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59E99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65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63F69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1F7CE6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Fərqləndirilmiş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təlim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B7283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sinifdə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səviyyələri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təlimin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fərqləndirilməsini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təşviq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4E9D7DA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CBB6F1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66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A134D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C762A5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İstedadlı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inkişafı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43824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xüsusi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istedadı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imkanları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yaradardınız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A764FD4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0A9BE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67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40C320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2E918F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Diaqnostik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qiymətləndirmənin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istifadəsi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36F289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diaqnostik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qiymətləndirmənin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planlaşdırmasına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etməlidir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744FD32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E1396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68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664FA6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E6A87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geribildirim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D9CAC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Dərsdinləmədən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tələbkar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inkişafyönlü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geribildirimi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17FF1A1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B25D4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69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B0444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38447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Summativ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materialların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keyfiyyəti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A6651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Kiçik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böyük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summativ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materiallarının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A75B78B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6566A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70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202B9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34850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əməkdaşlığı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BDF240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fənni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birgə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planlaşdırma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təcrübə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mübadiləsini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3583998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10F46A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71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15878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FBFA6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Valideynə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akademik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təqdimatı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C18D5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yalnız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real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öyrənmə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təqdim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5B1AD26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A640C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72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0FF3D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A0AB8B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Akademik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dürüstlük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5CA85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Köçürmə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plagiat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qiymətləndirmədə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qeyri-obyektivlik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hallarının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FC3D4DF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4C6B7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73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C373D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40078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Tədbirin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təsirinin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ölçülməsi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6E7D2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yaxşılaşdırmaq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görülən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effektini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ölçərdiniz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B22F514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CA668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74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CBF1B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055E9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İllik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hesabatı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D0B720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təhlillər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1C6CC18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720B50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75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CCD2F8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6A3FB3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Keyfiyyət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mədəniyyəti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E881C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yalnız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bütün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daşıdığı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mühiti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yaradardınız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98278F8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290555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76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25B86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2120B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itkisinin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bərpası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EFD9C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fasilədən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yaranmış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öyrənmə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itkilərini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bərpa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2D5AB6A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67754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77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0AB43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B0FEF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Mövzu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xəritəsi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F3156A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yalnız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fənn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mövzu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bacarıq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cədvəl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B60DB78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1DF98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78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FB230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F7BEC6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siniflərdə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baza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bacarıqları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2A21D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İbtidai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siniflərdə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oxu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yazı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riyazi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savadlılıqda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geriləməni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aşkar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sistemi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D3EF652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D0646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79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A9C80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26A5B0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planlarının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keyfiyyəti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532E9C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gündəlik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mövzu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real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ehtiyaclarına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cavab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verdiyini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A271E3F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37C73D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80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874E6F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CD156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Qiymətləndirmənin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uzlaşdırılması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BAE67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fənn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meyarlarını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C9140D1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C01C4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81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09648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56334C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Bərpaedici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cədvəli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EBF7E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məşğələlərin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yükləmədən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pozmadan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yanaşmanı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seçərdiniz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E0061A8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B704FB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82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B0003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062AA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Müəllimlərarası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fərqi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49F4AA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paralel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siniflərdə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kəskin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fərqlənirsə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müdaxiləni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CC99CA2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FAF343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83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72CEB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7106D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Dərsdinləmənin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etibarlılığı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51F4C9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Bir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dəfə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dərsdinləmə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yanlış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çıxarılmaması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sübutları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toplayardınız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CAE4168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8AEF0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84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5FFF8D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F942A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işlərinin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seçmə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təhlili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07E69D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Dəftər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layihə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yazılı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seçmə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təhlilini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AA5A53F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0FFB8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85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319EE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AA89A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Öyrənmə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məqsədlərinin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aydınlığı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6F448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öyrənəcəklərini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uğuru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göstərəcəklərini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anlamasını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5DA8A13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FC13B6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86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311A0C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6511C5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Formativ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qiymətləndirmə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0B9756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öyrənməsini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izləmək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təlimə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düzəliş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bacarığını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1FDBC99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EFCC9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87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87FCC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0F9C5F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İnklüziv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təlimin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keyfiyyəti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92CAD3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Xüsusi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ehtiyacı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real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iştirakını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irəliləyişini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6EBE3D4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38FF9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88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B29A1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DCF208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vaxtının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itirilməsi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20AF2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gec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başlanması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bitməsi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fasilələr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nəticəsində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itirilən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azaldardınız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408565B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28FF72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89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808B94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B7CDA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Əvəzedici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dərsin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keyfiyyəti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3594DB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Əvəzçilik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sadəcə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keçirilməsini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xidmət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5E31380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E59CD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90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BF2F1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67E3B4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İmtahana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hazırlığın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təşkili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B5F0C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Buraxılış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imtahanlarına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digər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fənləri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rifahını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kölgədə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qoymadan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DA62C9E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370167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91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1A2AD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EA7DF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Dəstək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proqramına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çıxış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meyarı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AEFD40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akademik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dəstəyə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cəlb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olunacağını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proqramdan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çıxacağını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meyarlarla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074AA44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0A910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92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6A750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218BCA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Yeni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gələn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boşluğu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A0A192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Başqa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gələn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proqram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fərqlərindən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boşluqlarını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qaldırardınız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79B5916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B4C12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93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F62D5D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B1E5A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Dil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maneəsinin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aradan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qaldırılması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C3337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dilini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qoşulması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yüksəldilməsi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F28F4B1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B5ABE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94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90DA7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1AED3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Praktik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laborator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təlim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90C125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Təbiət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fənlərində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praktiki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laborator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nəticəyönlü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keçirilməsini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663F9C8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3FF6A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95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DE6420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57FECD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Oxu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mədəniyyətinin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təsiri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AD174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oxu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mədəniyyətinin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bütün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fənlər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gücləndirərdiniz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B940B17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723D7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96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AC762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3D053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tədrisdə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istifadəsi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FEDDE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şikayət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mexanizminə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çevirmədən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toplayardınız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8D323CB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7A23D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97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DBE72B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44588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Ev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tapşırığına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geribildirim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05491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Ev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tapşırığının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verilməsi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yanaşı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yoxlanılması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inkişafyönlü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geribildirim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verilməsinə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45E667F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711146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98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548EF0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0725E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araşdırma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dövrləri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F44FB0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araşdırıb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sınaqdan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paylaşması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modelini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35CB919" w14:textId="77777777" w:rsidTr="006144B0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48F101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99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F6A440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BFFD4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Siniflərarası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keçid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davamlılığı</w:t>
            </w:r>
            <w:proofErr w:type="spellEnd"/>
          </w:p>
        </w:tc>
        <w:tc>
          <w:tcPr>
            <w:tcW w:w="8474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263A27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ibtidai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sinifdən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səviyyəsinə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sinifdən-sinfə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keçidində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öyrənmə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davamlılığını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64BA9B8" w14:textId="77777777" w:rsidTr="006144B0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35D65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100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6B99F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2.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3478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5FFAAC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İllik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keyfiyyət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təminatı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dövrü</w:t>
            </w:r>
            <w:proofErr w:type="spellEnd"/>
          </w:p>
        </w:tc>
        <w:tc>
          <w:tcPr>
            <w:tcW w:w="8474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4821F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planlaşdırma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müşahidə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dəstək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təkrar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ölçmə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mərhələlərində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</w:tbl>
    <w:p w14:paraId="31EECD3C" w14:textId="77777777" w:rsidR="006144B0" w:rsidRDefault="006144B0" w:rsidP="006144B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8DFB614" w14:textId="31281E67" w:rsidR="005901E5" w:rsidRPr="00492B41" w:rsidRDefault="005901E5" w:rsidP="005901E5">
      <w:pPr>
        <w:rPr>
          <w:rFonts w:ascii="Times New Roman" w:hAnsi="Times New Roman" w:cs="Times New Roman"/>
          <w:b/>
          <w:bCs/>
          <w:sz w:val="28"/>
          <w:szCs w:val="28"/>
          <w:lang w:val="az-Latn-AZ"/>
        </w:rPr>
      </w:pPr>
      <w:r w:rsidRPr="005901E5">
        <w:rPr>
          <w:rFonts w:ascii="Times New Roman" w:hAnsi="Times New Roman" w:cs="Times New Roman"/>
          <w:b/>
          <w:bCs/>
          <w:sz w:val="28"/>
          <w:szCs w:val="28"/>
          <w:lang w:val="en-US"/>
        </w:rPr>
        <w:t>QEYD :</w:t>
      </w:r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Müsahibədə</w:t>
      </w:r>
      <w:proofErr w:type="spellEnd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rastgəlmə</w:t>
      </w:r>
      <w:proofErr w:type="spellEnd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tezliyi</w:t>
      </w:r>
      <w:proofErr w:type="spellEnd"/>
      <w:r w:rsidR="00492B41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 xml:space="preserve"> və ya təkrarlama </w:t>
      </w:r>
    </w:p>
    <w:p w14:paraId="1959118F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demək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olar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ki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əksər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mövzudan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sual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verilir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903564C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əsas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mövzularındandır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0124FB0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hazırda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dövrdə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əhəmiyyəti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artır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398807FA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əvvəl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soruşulurdu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lakin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yer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almağa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başlayıb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>.</w:t>
      </w:r>
    </w:p>
    <w:p w14:paraId="2032EA47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3112C44C" w14:textId="77777777" w:rsidR="005901E5" w:rsidRDefault="005901E5" w:rsidP="006144B0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0A1E2675" w14:textId="77777777" w:rsidR="005901E5" w:rsidRPr="00492B41" w:rsidRDefault="005901E5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0172BF4C" w14:textId="77777777" w:rsidR="005901E5" w:rsidRPr="00492B41" w:rsidRDefault="005901E5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3D4EBCF3" w14:textId="77777777" w:rsidR="005901E5" w:rsidRPr="00492B41" w:rsidRDefault="005901E5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3FBAB91B" w14:textId="43375899" w:rsidR="006144B0" w:rsidRPr="006144B0" w:rsidRDefault="006144B0" w:rsidP="006144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3.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Problemlərin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həlli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və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qərarvermə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3096"/>
        <w:gridCol w:w="4536"/>
        <w:gridCol w:w="7416"/>
      </w:tblGrid>
      <w:tr w:rsidR="006144B0" w:rsidRPr="006144B0" w14:paraId="2E7F4899" w14:textId="77777777" w:rsidTr="002327A5">
        <w:trPr>
          <w:tblHeader/>
          <w:jc w:val="center"/>
        </w:trPr>
        <w:tc>
          <w:tcPr>
            <w:tcW w:w="792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5C22A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№</w:t>
            </w:r>
          </w:p>
        </w:tc>
        <w:tc>
          <w:tcPr>
            <w:tcW w:w="309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AAB62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Mövzu</w:t>
            </w:r>
            <w:proofErr w:type="spellEnd"/>
          </w:p>
        </w:tc>
        <w:tc>
          <w:tcPr>
            <w:tcW w:w="453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1A499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Müsahibədə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yoxlanılan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cəhət</w:t>
            </w:r>
            <w:proofErr w:type="spellEnd"/>
          </w:p>
        </w:tc>
        <w:tc>
          <w:tcPr>
            <w:tcW w:w="741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85D66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Sual</w:t>
            </w:r>
          </w:p>
        </w:tc>
      </w:tr>
      <w:tr w:rsidR="006144B0" w:rsidRPr="00492B41" w14:paraId="7F7A0B85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10CFE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101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03AA5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AB20B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Operativ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toplama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12635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hadisə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verməzdən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toplamaq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vacibdir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7461735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18E48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102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03E89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FE784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Kök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səbəbin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müəyyənləşdirilməsi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5998C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problem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təkrarlandıqda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əlamətini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səbəbini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AAA2727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F4FFB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103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0037A9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8365D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Alternativlərin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müqayisəsi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E711F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Bir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neçə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yolu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uyğun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variantı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meyarlarla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seçərdiniz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DFE94D5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CACA98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104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F0A03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840629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Anonim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müraciətin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araşdırılması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11E15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bağlı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anonim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şikayət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daxil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97BB40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AA07B2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105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9A0935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40DE6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Tapşırığın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icrasından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imtina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3A0C39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tapşırığı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yetirməkdən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imtina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addımları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atardınız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1F86BA6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B6FB7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106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BD8D1A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7F0B97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Kadr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çatışmazlığına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operativ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reaksiya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9078EA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Bir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neçə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çıxmadıqda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davamlılığını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24A3A5A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2465DA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107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08398C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89C5B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Sinifdaxili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gərginliyin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həlli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73D8A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Bir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sinifdə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gərginlik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23C91D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AD92C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108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1E5589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83EFA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cədvəli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böhranı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8D6A8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cədvəlində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son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ciddi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uyğunsuzluq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aşkarlandıqda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B1A1981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B4967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109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FC27A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89C06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Davamiyyət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probleminin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həlli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5A80D7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Bir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sinifdə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kəskin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aşağı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düşdükdə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səbəbləri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variantlarını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nəzərdən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FE7E06B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5119F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110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5E0A1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7B6341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Şayiə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reputasiya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riski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3F9C42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haqqında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şəbəkədə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təsdiqlənməmiş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yayıldıqda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ardıcıllıqla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hərəkət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C02A5B3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D993C4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111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A9DCE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8CB92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Resurs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çatışmazlığı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A8C7B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zəruri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resurs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çatışmadıqda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mövcud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imkanlarla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9706CE0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C9BA54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112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20B2A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373191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Təkrarlanan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intizam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pozuntusu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9698C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gecikməsi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mərhələlərlə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edilməlidir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426EC85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0DB20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113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72A80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A5027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Əmlaka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zərər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vurulması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F5C549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əmlakına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zərər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vurulduqda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bərpa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E7100D5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44C69D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114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85D19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2C6A8A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Ziddiyyətli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maraqların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uzlaşdırılması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41193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hadisə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299919D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039F1E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115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00FA0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284248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Həssas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7AF86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mənfi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yaradacaqsa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ədalətli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şəffaf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F501511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874255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116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C8D39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569498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heyət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daxilində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fikir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ayrılığı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36907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Direktor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müavinlər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ciddi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fikir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ayrılığı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3E74A1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451B1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117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2D6A7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55A560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Səhv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düzəldilməsi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A2717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Verdiyiniz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yanlış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olduğunu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sonradan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addımları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atardınız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7AAC520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12B4E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118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B35D4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0F738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Problemin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təkrar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yaranmasının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qarşısı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6D07F2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yenidən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verməməsi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qabaqlayıcı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mexanizmləri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F9D37B1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591AD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119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6694A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06089A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Hüquqilik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operativlik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balansı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8DA91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prosedurun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tələbləri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balansı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25C3E6A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D6E631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120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DB401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C36A60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Natamam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78CDF3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ziddiyyətli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natamam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gecikməməsini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2D005D9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D31E8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121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471FD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9CA20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Böhran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kommunikasiyası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004E7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Böhran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yuxarı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quruma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çatdırardınız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12C35C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7D3A2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122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C2D190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926DF9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Məsələnin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yuxarı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səviyyəyə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çıxarılması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35D665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yuxarı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quruma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təqdim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meyarlarla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2248E3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17FE2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123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B7D85A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7DBBB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sənədləşdirilməsi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7988B4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Mühüm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sonradan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əsaslandırıla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E759E32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70C93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124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E533A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7FA74B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təsirinin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qiymətləndirilməsi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5D5AE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olunmuş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mühitinə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ölçərdiniz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962A41A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42C02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125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8D35A4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F3B779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Çoxşaxəli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situasiyanın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66AF5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şikayəti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çatışmazlığı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yaransa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ardıcıllıqla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B4C499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3E7C6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126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038023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FB8EC2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prioritetləşdirilməsi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48E37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Bir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neçə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problem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təcililik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idarəolunma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imkanına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prioriteti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E6A58A1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8B0FB0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127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9A2F9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200EE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Rəhbərlik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şikayətin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qərəzsiz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araşdırılması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E9122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Şikayət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birbaşa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direktor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müavin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barədədirsə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toqquşmasının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F729D7A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0D6F90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128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1B26A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A7A51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Hadisə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sübutlarının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qorunması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87584C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Ciddi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hadisədən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görüntü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şahid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itirilməməsini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1C69BEE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10487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129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B8832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38C300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Kollektivin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parçalanması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1C6E7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iki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duran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qrup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yaradarsa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sabitləşdirərdiniz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6FC1C16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58C4F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130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789FB5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37C4C3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Yanlış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həyəcan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siqnalı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284AD6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sonradan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təsdiqlənməsə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reaksiyanın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düzgünlüyünü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etimadı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804AA79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CE342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131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B3DD4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3C416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Aqressiv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davranışı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A62C7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təhqir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təzyiq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altında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saxlayırsa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baxımından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C59756B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0CA43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132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05D8E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5E215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İmtahan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materialının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yayılması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şübhəsi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3317B7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materialının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əvvəlcədən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yayıldığı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şübhə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94671E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FA5BE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133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A51C3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39302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Kommunal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xidmətin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dayanması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F8C91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sistemi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sıradan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çıxdıqda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2CC8E1F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8CBE4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134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6D74D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A27AF6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Qida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təhlükəsizliyi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problemi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7FBEE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bufeti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qidalanma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bağlı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zəhərlənmə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şübhəsi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addımları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atardınız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13F8D42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75173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135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307D48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6FE53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Siniflərin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həddindən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artıq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sıxlığı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5B9BAC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sayının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qəfil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nəticəsində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siniflərdə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sıxlıq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mövcud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imkanlarla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tapardınız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9796FC2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1AE77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136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2E3C1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C4D86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Köçürmə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ittihamı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AE1C1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imtahanda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köçürdüyü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mübahisəli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iddia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ədalətli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5F3762D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C13C8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137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3C7CE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8FC28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etirazı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2628A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etiraz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dinləməklə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nizamı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0CD5851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09639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138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3F012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1D33A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Media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sorğusuna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reaksiya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54585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Jurnalist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hadisə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istədikdə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verməlidir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78682C7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C2186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139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2F26B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ED51F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Xidmət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göstərən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tərəfin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öhdəliyi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pozması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36F150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xidmət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podratçı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təchizatçı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öhdəliyini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yetirmədikdə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98164E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53C43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140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9BC28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832C1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Nəqliyyatın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pozulması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B3EF67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daşınmasında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qəfil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problem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513D6EA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09DF6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141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9CCE78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DA45C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İntizam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tədbirlərində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uyğunsuzluq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B3140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Oxşar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pozuntulara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müxtəlif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münasibət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göstərildikdə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vahid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yanaşmanı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bərpa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3C40F92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28935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142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0A963A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5F9DA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Kütləvi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müraciətin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araşdırılması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2F25A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çoxsaylı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müraciəti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daxil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sistemli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səbəbləri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ECCE4B1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3962BB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143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317862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82B0B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təhlükəsizliyi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şayiə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8C1D31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Təsdiqlənməmiş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ciddi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iddiası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yayıldıqda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kommunikasiyanı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438099F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6E160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144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4F8EB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23C91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Geri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qaytarıla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bilən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E66ED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Riskli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yeniliyi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tam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əvəzinə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məhdud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sınaq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hallarda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seçərdiniz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FA9237F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D603D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145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5DF1F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17BC8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tərəflərin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xəritələnməsi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A7C12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Mürəkkəb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təsirlənən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cəlb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C95D504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6C3996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146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E1BFB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84B68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Yuxarı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səviyyəyə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yönləndirmə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həddi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5A69B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mərhələdə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imkanları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aşdığını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yuxarı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quruma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çıxarılmalı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olduğunu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DDF015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B19BDE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147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596999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D8EED7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Hadisədən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təhlil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384C9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Böhran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edildikdən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səhvləri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uğurlu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addımları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öyrənmək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yekun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EB23376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43413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148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28E5C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04734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Ehtiyat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fəaliyyət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planı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3C7AFD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plan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işləmədikdə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dərhal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olunacaq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alternativ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variantı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334791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56CF39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149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FCA74E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F465F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jurnalının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aparılması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F9761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Mühüm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səbəbi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sübutu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izləmək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qeydiyyatını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CCDC590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1669A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150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E0270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3.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45043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Çoxsaylı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təzyiqlər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şəraitində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DC07EC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prinsip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ictimai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gözlənti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istiqamətlər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əsaslandırardınız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</w:tbl>
    <w:p w14:paraId="10B3882D" w14:textId="67EB1A66" w:rsidR="005901E5" w:rsidRPr="00492B41" w:rsidRDefault="005901E5" w:rsidP="005901E5">
      <w:pPr>
        <w:rPr>
          <w:rFonts w:ascii="Times New Roman" w:hAnsi="Times New Roman" w:cs="Times New Roman"/>
          <w:b/>
          <w:bCs/>
          <w:sz w:val="28"/>
          <w:szCs w:val="28"/>
          <w:lang w:val="az-Latn-AZ"/>
        </w:rPr>
      </w:pPr>
      <w:r w:rsidRPr="005901E5">
        <w:rPr>
          <w:rFonts w:ascii="Times New Roman" w:hAnsi="Times New Roman" w:cs="Times New Roman"/>
          <w:b/>
          <w:bCs/>
          <w:sz w:val="28"/>
          <w:szCs w:val="28"/>
          <w:lang w:val="en-US"/>
        </w:rPr>
        <w:t>QEYD :</w:t>
      </w:r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Müsahibədə</w:t>
      </w:r>
      <w:proofErr w:type="spellEnd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rastgəlmə</w:t>
      </w:r>
      <w:proofErr w:type="spellEnd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tezliyi</w:t>
      </w:r>
      <w:proofErr w:type="spellEnd"/>
      <w:r w:rsidR="00492B41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 xml:space="preserve"> və ya təkrarlama </w:t>
      </w:r>
    </w:p>
    <w:p w14:paraId="527BEE47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demək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olar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ki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əksər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mövzudan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sual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verilir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7710204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əsas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mövzularındandır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456746B1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hazırda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dövrdə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əhəmiyyəti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artır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60FDC3A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əvvəl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soruşulurdu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lakin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yer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almağa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başlayıb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>.</w:t>
      </w:r>
    </w:p>
    <w:p w14:paraId="6974B3F2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4CAB9D05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7D5F8E18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55AC5995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1A54C2C2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3D5A5763" w14:textId="77777777" w:rsidR="005901E5" w:rsidRDefault="005901E5" w:rsidP="006144B0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4D20CA40" w14:textId="4F59A6A1" w:rsidR="006144B0" w:rsidRPr="006144B0" w:rsidRDefault="006144B0" w:rsidP="006144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4.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İdarəçilik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təşkilatçılıq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və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hesabatlılıq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3096"/>
        <w:gridCol w:w="4536"/>
        <w:gridCol w:w="7416"/>
      </w:tblGrid>
      <w:tr w:rsidR="006144B0" w:rsidRPr="006144B0" w14:paraId="180CB60E" w14:textId="77777777" w:rsidTr="002327A5">
        <w:trPr>
          <w:tblHeader/>
          <w:jc w:val="center"/>
        </w:trPr>
        <w:tc>
          <w:tcPr>
            <w:tcW w:w="792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FBE82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№</w:t>
            </w:r>
          </w:p>
        </w:tc>
        <w:tc>
          <w:tcPr>
            <w:tcW w:w="309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05A6B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Mövzu</w:t>
            </w:r>
            <w:proofErr w:type="spellEnd"/>
          </w:p>
        </w:tc>
        <w:tc>
          <w:tcPr>
            <w:tcW w:w="453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D8804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Müsahibədə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yoxlanılan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cəhət</w:t>
            </w:r>
            <w:proofErr w:type="spellEnd"/>
          </w:p>
        </w:tc>
        <w:tc>
          <w:tcPr>
            <w:tcW w:w="741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BE3BE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Sual</w:t>
            </w:r>
          </w:p>
        </w:tc>
      </w:tr>
      <w:tr w:rsidR="006144B0" w:rsidRPr="00492B41" w14:paraId="60FA2D6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B1063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151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48184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D7A99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İllik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fəaliyyət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planlaşdırması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91EB3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fəaliyyət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hazırlayarkən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mərhələləri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götürərdiniz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E54EC31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AD4CC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152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67E94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6E1BF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Tapşırıq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məsuliyyət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bölgüsü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34C42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Tapşırıqları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bölüşdürərkən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müddət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B61C28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AF61B9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153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8C8EF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55C59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İclasların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səmərəliliyi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28B0C3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iclasların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formal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nəticəyönlü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keçirilməsini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3148C3B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0706F6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154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6EFC1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0C9DC3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Müddətlərə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nəzarət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1300D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Çoxsaylı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tapşırıqların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icrasını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izləmək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mexanizmindən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484D15C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546F8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155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475B7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8BF03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Sənədləşmənin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keyfiyyəti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F8C4D7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əmrlərin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protokolların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arayışların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düzgün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hazırlanmasına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9F1A6FC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6064F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156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0DB6C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2933A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cədvəlinin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təşkili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B04FC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cədvəli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hazırlanarkən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pedaqoji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sanitar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kadr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resurs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məhdudiyyətləri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uzlaşdırılmalıdır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5E182A1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A010F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157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5B905B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61D19B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yükünün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bölgüsü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570726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yükünü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bölüşdürərkən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meyarları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ədalət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prinsiplərini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götürərdiniz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C8FC2D4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5D309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158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1D92A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28FF84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Əvəzçilik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mexanizmi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35371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müvəqqəti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olmadığı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hallarda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əvəz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2D34A37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32057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159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407DCB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AB9E2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ardıcıllığı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DEC25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Həftəlik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yarımillik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məzmununu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fərqləndirərdiniz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474F749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D3177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160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3390BD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87695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icrasına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nəzarət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E0A70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Pedaqoji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şura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iclaslarında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icrasını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9E9F590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63F7E6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161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E0981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38B64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əməliyyat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təqvimi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B5938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vahid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əməliyyat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təqvimində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66AADB3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F7E8CC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162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4EA69E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EDC00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İnventar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resurs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uçotu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ED733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əmlakının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avadanlıqların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materialların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uçotuna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qorunmasına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8A50E19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5966AE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163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8F95E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D75A58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Proseslərin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standartlaşdırılması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55C7FF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Tez-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təkrarlanan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aydın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fəaliyyət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ardıcıllığını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8426856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1AD54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164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375234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D6C82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Tapşırıqların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izlənməsi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C8B7D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Direktor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müavinlərinə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digər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verilmiş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tapşırıqların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formada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5A6671A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A976E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165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4400B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DD5E0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göstəricilərinin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seçilməsi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6D06B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heyətin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fəaliyyətini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ölçülə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14CB1F3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BCE302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166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0193A1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D6E8A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heyətin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koordinasiyası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A886E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Direktor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müavinlərinin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fəaliyyətində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təkrarçılıq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boşluqların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yaranmaması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koordinasiyanı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BD45F8E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53832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167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DC55A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CDB3C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nəzarət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sistemi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763B7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maliyyə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risklərini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əhatə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6332FA3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62B92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168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66F77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2FB32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yükünün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balanslaşdırılması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F9620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Bəzi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həddindən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digərlərinin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yükləndiyi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edilərsə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6A2661A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B772C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169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BB322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7FF7A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Tədbirlərin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təşkili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4CBAA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genişmiqyaslı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resurs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baxımından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1EA185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F33B27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170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52297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0E8B5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Sənədlərin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saxlanması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D041D6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sistemli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saxlanması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əlçatanlığı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məxfiliyini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83D544F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CB4CCE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171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2560B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FCC33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auditə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hazırlıq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DA1AA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aparılacaq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auditə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formal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görüntü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yaratmadan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D4BEC7C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3D813D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172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37F1C3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6956E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Vəzifənin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təhvil-təslimi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3779E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dəyişdikdə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təhvil-təslimini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rəsmiləşdirərdiniz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EF7ACD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BBFD8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173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FB066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30904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işin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təşkili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11ADF5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tərəfdaşlarla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görüşləri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nəticəyönlü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formada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E6B14C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AF1EA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174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36F4D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5C64C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Risklərin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olunması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59208D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risklərini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prioritetləşdirər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976ADD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D09C26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175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A72EF2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64CDAC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İllik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özünüqiymətləndirmə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71953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sonunda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fəaliyyətini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meyarlarla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özünüqiymətləndirmədən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2390349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F897F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176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3EA4CF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97C46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Əməliyyat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təqvimində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asılılıqlar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57468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İllik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təqvimdə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digərindən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asılılığını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gecikmənin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zəncirvari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E7DFF00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3FA60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177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D0BE8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729E7B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Gündəliyin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protokolun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əlaqəsi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AADA1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İclas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gündəliyi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sonrakı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C1F7433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2AC57A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178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AC55E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66922E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Bacarıq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əsasında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həvaləetmə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A6D3F3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Tapşırığı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yalnız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vəzifəyə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bacarığı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ehtiyacına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uyğun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həvalə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0B06642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DB9CA7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179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989CC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8C379E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Müavinin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olmaması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davamlılıq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2947B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Direktor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müavini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müddət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funksiyalarının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boş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qalmamasını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6535E4C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A4FCFB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180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2E05BD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431636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Standart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hesabat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formaları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C088F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müxtəlif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formalarda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təqdim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edilməsinin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vahid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şablonlarını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E9E9409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755590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181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045766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3DD0A5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Təkrar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tələblərinin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azaldılması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E378D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dəfələrlə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istənilməsini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qaldırardınız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ADEA60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A1FA4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182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0A796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E09D4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yükünün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dövrləri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FE17A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İlin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dövrlərində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yığılan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imtahan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yükünü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əvvəlcədən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balanslaşdırardınız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563BAC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A95441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183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61506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56BF4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Satınalma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ehtiyaclarının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planlaşdırılması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DF61A8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təsərrüfat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ehtiyaclarını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sifarişlərə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çevrilmədən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497C1EC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013E2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184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0B9700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50B6F9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Təmir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müraciətlərinin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prioriteti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C4024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daxil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çoxsaylı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tələblərini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sıralayardınız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236063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CF73EB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185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2D19D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452B8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Növbələrarası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təhvilvermə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5A33BB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İkinövbəli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növbələr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otaq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məsuliyyətinin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təhvilini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616996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99362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186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BF962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5EFB55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açılış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bağlanış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nəzarəti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0D021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gününün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sonunda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avadanlıq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siyahısını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D37F874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C08DFB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187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7B1F4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D6C090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İmtahan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prosesinin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təşkili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A29B9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imtahanın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otaq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nəzarətçi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material,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məxfilik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baxımından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45F7C7C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74332A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188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FA6F6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D90BA9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dövrünün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axını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538D4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yerdəyişmə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müraciətlərinin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olduğu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dövrdə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axınını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8D0D1FE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379AE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189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63D911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F2FF2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Növbətçilik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cədvəlinin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33946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növbətçiliyin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formal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nizam-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intizama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xidmət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0673E66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14CBF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190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E0F87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7A939E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Sənədlərdə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versiya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nəzarəti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2068F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müxtəlif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ziddiyyətli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variantlarının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dövriyyəyə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düşməsinin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1541B81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3D175C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191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5A0C31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682E9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Gecikmə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xəbərdarlıq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D0F50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Tapşırığın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müddətində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tamamlanmayacağını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əvvəlcədən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siqnalları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290FE4F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2AFEC2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192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04125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13FD8C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Funksiyalararası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məsuliyyət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matrisi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6C80A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Bir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neçə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bölmənin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iştirak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icraçı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razılaşdıran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nəzarətçi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olduğunu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5C9983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78DC8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193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B16AA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56793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icmalı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görüşü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77605C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icmalı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görüşündə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oxumaq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əvəzinə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suallar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müzakirə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8202A04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1E12A6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194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6259D7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C17DB5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Arxiv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müddətlərinin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45858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saxlanma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müddətləri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məhv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52A57C5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F8A81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195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55E6A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7F772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Düzəldici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tədbirin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bağlanması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0AFA2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aşkar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nöqsanın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yalnız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kağız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üzərində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real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qaldırıldığını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təsdiq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E5164C0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475F89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196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CF3C8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53032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Tədbirdən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sonrakı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qiymətləndirmə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CACDAC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Keçirilmiş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çatmasını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iştirakçı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resurs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səmərəliliyini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4442E0C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92E18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197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E2F8B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6B99C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İnventar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uyğunsuzluğu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F774A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Faktiki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avadanlıq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sayı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inventar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uçotu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uyğun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gəlmədikdə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CD86C6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6A7766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198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76F4E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9F5DA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Ortaq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resursların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rezervasiyası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D887A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Laboratoriya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idman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digər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ortaq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resursların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istifadəsində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toqquşmanı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E023309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C4873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199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84E96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FA0D4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Əvəzçilik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qeydiyyatı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DB100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Əvəz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məzmunla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keçirildiyini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56C4D7B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56CA22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200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394BF3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4.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təşkilatçılıq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C78FBD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İnzibati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prosesin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sadələşdirilməsi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627D4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yaratmayan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müəyyənləşdirib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yenidən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</w:tbl>
    <w:p w14:paraId="4DD75631" w14:textId="6B61B8A4" w:rsidR="005901E5" w:rsidRPr="00492B41" w:rsidRDefault="005901E5" w:rsidP="005901E5">
      <w:pPr>
        <w:rPr>
          <w:rFonts w:ascii="Times New Roman" w:hAnsi="Times New Roman" w:cs="Times New Roman"/>
          <w:b/>
          <w:bCs/>
          <w:sz w:val="28"/>
          <w:szCs w:val="28"/>
          <w:lang w:val="az-Latn-AZ"/>
        </w:rPr>
      </w:pPr>
      <w:r w:rsidRPr="005901E5">
        <w:rPr>
          <w:rFonts w:ascii="Times New Roman" w:hAnsi="Times New Roman" w:cs="Times New Roman"/>
          <w:b/>
          <w:bCs/>
          <w:sz w:val="28"/>
          <w:szCs w:val="28"/>
          <w:lang w:val="en-US"/>
        </w:rPr>
        <w:t>QEYD :</w:t>
      </w:r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Müsahibədə</w:t>
      </w:r>
      <w:proofErr w:type="spellEnd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rastgəlmə</w:t>
      </w:r>
      <w:proofErr w:type="spellEnd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tezliyi</w:t>
      </w:r>
      <w:proofErr w:type="spellEnd"/>
      <w:r w:rsidR="00492B41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 xml:space="preserve"> və ya təkrarlama </w:t>
      </w:r>
    </w:p>
    <w:p w14:paraId="59127ED9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demək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olar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ki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əksər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mövzudan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sual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verilir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35993DFF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əsas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mövzularındandır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52EC4071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hazırda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dövrdə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əhəmiyyəti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artır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4C7122F7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əvvəl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soruşulurdu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lakin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yer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almağa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başlayıb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>.</w:t>
      </w:r>
    </w:p>
    <w:p w14:paraId="350B034F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1EB1865A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7F064D1B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4D875933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2F03F147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22D0D337" w14:textId="77777777" w:rsidR="005901E5" w:rsidRDefault="005901E5" w:rsidP="006144B0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66E52EDD" w14:textId="7E306CF4" w:rsidR="006144B0" w:rsidRPr="005901E5" w:rsidRDefault="006144B0" w:rsidP="006144B0">
      <w:pPr>
        <w:rPr>
          <w:rFonts w:ascii="Times New Roman" w:hAnsi="Times New Roman" w:cs="Times New Roman"/>
          <w:sz w:val="28"/>
          <w:szCs w:val="28"/>
          <w:lang w:val="az-Latn-AZ"/>
        </w:rPr>
      </w:pPr>
      <w:r w:rsidRPr="005901E5">
        <w:rPr>
          <w:rFonts w:ascii="Times New Roman" w:hAnsi="Times New Roman" w:cs="Times New Roman"/>
          <w:b/>
          <w:sz w:val="28"/>
          <w:szCs w:val="28"/>
          <w:lang w:val="az-Latn-AZ"/>
        </w:rPr>
        <w:lastRenderedPageBreak/>
        <w:t xml:space="preserve">5. Ünsiyyət və maraqlı tərəflərlə əlaqə   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3096"/>
        <w:gridCol w:w="4536"/>
        <w:gridCol w:w="7416"/>
      </w:tblGrid>
      <w:tr w:rsidR="006144B0" w:rsidRPr="006144B0" w14:paraId="210E2E82" w14:textId="77777777" w:rsidTr="002327A5">
        <w:trPr>
          <w:tblHeader/>
          <w:jc w:val="center"/>
        </w:trPr>
        <w:tc>
          <w:tcPr>
            <w:tcW w:w="792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43C38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№</w:t>
            </w:r>
          </w:p>
        </w:tc>
        <w:tc>
          <w:tcPr>
            <w:tcW w:w="309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B1EE5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Mövzu</w:t>
            </w:r>
            <w:proofErr w:type="spellEnd"/>
          </w:p>
        </w:tc>
        <w:tc>
          <w:tcPr>
            <w:tcW w:w="453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1030B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Müsahibədə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yoxlanılan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cəhət</w:t>
            </w:r>
            <w:proofErr w:type="spellEnd"/>
          </w:p>
        </w:tc>
        <w:tc>
          <w:tcPr>
            <w:tcW w:w="741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2A47B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Sual</w:t>
            </w:r>
          </w:p>
        </w:tc>
      </w:tr>
      <w:tr w:rsidR="006144B0" w:rsidRPr="00492B41" w14:paraId="156124E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1AE63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201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AFE1C7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97480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valideynlə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ünsiyyət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3B2974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ittihamedici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danışan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görüşü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4558881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D18F2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202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6E2D4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CB542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Fikir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ayrılığının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06957A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İclasda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kəskin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fikir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ayrılığı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müzakirəni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yönəldərdiniz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8B0067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626B9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203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C7736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A3ED1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nəzərə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alınması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CAA88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fikir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bildirməsi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real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mexanizmləri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yaradardınız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1CB6513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F5627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204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CE670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52AF6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Şayiələrin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qarşısının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alınması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31F45F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yayılan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əsassız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şayiənin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mühitinə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azaldardınız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207912D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F1760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205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49A22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7DE106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Tənqidə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münasibət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2726C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açıq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şəkildə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tənqid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cavab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B3AC7E5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759244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206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1D22CE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710B99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İctimai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kommunikasiya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AB8C8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şəbəkədə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tənqid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rəsmi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mövqeni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müddətdə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açıqlayardınız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83A489D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13868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207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1C463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BE00F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–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münaqişəsi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38204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qarşılıqlı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ittihamlar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vasitəçilik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44C54F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00713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208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F0373E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282AF4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Mənfi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çatdırılması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8BE7E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ciddi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təqdim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8F5C3E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6495F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209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D9355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DF141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Dəyişiklik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məlumatlandırma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12312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Yeni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qayda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üsulunun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izah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ki,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müqavimət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azalısın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E643C2F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76910A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210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B0455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961B5D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Geribildirim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mədəniyyəti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899D4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geribildirim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mühiti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yaradardınız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A5DD349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65AD2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211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5B1192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1E881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Aktiv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dinləmə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C56D60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yalnız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dinlənilmiş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hiss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etdirməklə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kifayətlənmədən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real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çevirərdiniz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170B72A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7F845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212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303E76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D0207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iştirakının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artırılması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7995B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iştirakını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3D462E0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C2F968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213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8ADC14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DDC37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Həssas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kommunikasiya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A1CA2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psixoloji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çətinliyi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prinsipləri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gözləyərdiniz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F5B1C0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5E2141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214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D2AE6E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E9904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İcma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tərəfdaşlığı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51A60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Yerli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bələdiyyə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qeyri-hökumət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qurumları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digər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tərəfdaşlarla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20F5B02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54F2F4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215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D6995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C5FF9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Rəsmi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qeyri-rəsmi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balansı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EC15D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münasibətləri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səmimi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saxlayarkən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rəsmi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məsafə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peşəkarlığı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E4C0690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233D8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216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CFB7FA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5C812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Yazılı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keyfiyyəti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2D2DBE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göndərilən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yazılı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aydın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düzgün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yanlış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anlaşılmadan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F63F14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5A498A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217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803BE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08781A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Şikayətlərin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olunması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8506D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Daxil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şikayətin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qeydiyyatı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araşdırılması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cavablandırılması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12E7449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2BC06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218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801AB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8C966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Məxfi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qorunması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7387D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həssas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yayılmasının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8E4DDCE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2FC4B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219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999D90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26AF7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Müzakirənin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moderasiyası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D253EB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Gərgin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iclasda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bütün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söz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haqqını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müzakirənin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məqsədyönlülüyünü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60E456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F1E1F6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220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1A8482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FE5CD4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Danışıqlar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aparmaq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01CC7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tələbləri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üst-üstə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düşmədikdə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danışıqları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5CEF6E2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8A500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221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2CBF7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B9DE1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Uğurun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tanınması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18927F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nailiyyətlərini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ayrı-seçkilik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yaratmadan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ictimailəşdirərdiniz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5E10EA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FE2393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222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BA737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EC465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Yanlış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anlaşılmanın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aradan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qaldırılması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53549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tapşırığı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düşüldükdə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düzəldərdiniz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5C702BD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FC08C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223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0EA0B5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C2004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İctimai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çıxış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bacarığı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910DB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yığıncağında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mövqeyi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tutmadan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təqdim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82C8650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C0D26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224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5530D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3F2CA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Xarici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qurumlarla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koordinasiya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A1C5C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xidmət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polis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səhiyyə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qurumları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kommunikasiya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hallarda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qurulmalıdır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F31A922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F294EA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225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BB413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0C1F86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Kommunikasiyanın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nəticəliliyi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C63794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kommunikasiya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sisteminin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olub-olmadığını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4DC1946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326A9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226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C3042F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286510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Qeyri-müəyyən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çatdırılması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5DF5C1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Hadisə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bütün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faktlar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yanlış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ictimaiyyəti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məlumatlandırardınız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1B2DEE2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C25A2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227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08C40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55668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Fərqli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savadlılıq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səviyyəsinə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uyğun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ünsiyyət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B4A6FE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Rəsmi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vasitələri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anlamaqda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çətinlik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çatdırardınız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2126523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61D5D4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228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F8FD96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C93831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Gərgin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kütləvi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görüş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18877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Çoxsaylı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narazı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iştirak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görüşdə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söz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haqqını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məqsədyönlülüyü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1D032F7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6BE8EF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229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7F5A6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BB772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Rəsmi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sözçünün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müəyyənləşdirilməsi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D7E09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adından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hallarda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açıqlama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verəcəyini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tənzimləyərdiniz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B366D7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3FD7F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230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4DEFD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7F6A00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Aşağı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sorğu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iştirakçılığı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65609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sorğularına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iştirak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etibarlı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rəy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toplamaq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C823214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1289C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231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C3C9AC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0B2F1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Kommunikasiya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kanallarının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çoxluğu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41B75C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Mesajlaşma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qrupları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poçt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kağız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bildirişlər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informasiya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qarışıqlığını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azaldardınız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47DF54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C7FA7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232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E1635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AD5AA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Təcili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xəbərdarlıq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mesajı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7B5BD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Fövqəladə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qısa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aydın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panika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yaratmayan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mesajı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380959D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F389AC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233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95FFB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A80A16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elan</w:t>
            </w:r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BD62B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bilməli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olduğu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məxfi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qalmalı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72D9766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6F89C6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234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94D25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5632E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Uşaqmərkəzli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üçtərəfli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görüş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EC16A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iştirak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görüşü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günahlandırma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istiqamətində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D806525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B160DA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235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15B0B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328D3B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Bərpaedici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söhbət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4EE3A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Münaqişədən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münasibətini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bərpa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söhbətin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qaydalarını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2800154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1B5105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236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41840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73860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vaxtından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kənar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sərhədi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0EA2AF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gec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saatlarda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yazmasına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münasibətdə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əlçatanlıqla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sərhədi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B08DC4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3BFD00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237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09D691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D4DC6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boşluğundan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yaranan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şayiə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179DA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gec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nəticəsində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yayılan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şayiələri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qaldırar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təkrarlanmasının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9C5634C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F74EE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238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39A0BB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BF6C1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özünüidarəsi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dialoq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A3036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şurasının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təklif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tənqidlərini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real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bağlayardınız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2FD35F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7F4A4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239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506BD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45005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Populyar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olmayan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dəyişiklik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icma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görüşü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2B44D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zəruri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narazılıq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doğuran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dəyişiklik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dialoqu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F4BED74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70C1C4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240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A47CB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F5184E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Normativ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mətnin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sadələşdirilməsi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5642E2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Mürəkkəb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qayda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proseduru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mənanı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itirmədən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dildə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izah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9582F3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E1601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241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72F5FB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F77CCC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Nüfuzlu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valideynlə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fikir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ayrılığı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F75A8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İcmada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mövqeyi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rəhbərliyə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təzyiq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F988319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718A38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242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46729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4A7AFF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Jurnalistlə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müsahibə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015638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jurnalistin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suallarına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mövqeyi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tutmadan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cavab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F019D3F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8EA010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243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35D35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FFA799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Kommunikasiya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auditi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7186C5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kanalla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qədər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çatdığını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CAA999B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FA70F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244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1CBE5C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3BED4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Əlçatan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kommunikasiya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0A5D4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eşitmə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çətinliyi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çıxışını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FD48517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D3BD8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245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1AC54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0FEBF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Təşkilati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səhvə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görə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üzr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DC707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səhvi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zərər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düzəldici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addımları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təqdim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D91BD9F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7028BB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246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7B796F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27829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Şayiəni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böyütmədən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düzəltmək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CA5E5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Yanlış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təkrar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yayaraq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daha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da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məşhur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təkzib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8E79961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242F0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247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2D67E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6F7D7A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əməkdaşla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söhbət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D19914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zərər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söhbəti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FD08411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F3DB7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248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36DA5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063165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Mədəni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fərqlərə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həssas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ünsiyyət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5D068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mədəniyyətlərdən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stereotiplərdən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yayınardınız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3B1A2DF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67794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249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A3C73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1DAA7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Anonim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sui-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istifadəsi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822A21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Anonim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rəy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mexanizmi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təhqir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hesablaşma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vasitəsinə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çevrildikdə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tənzimləyərdiniz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9685A3B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0C246A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250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1CBE5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5.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yüksək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BF1BB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Geribildirim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dövrünün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bağlanması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9760C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Müraciət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təklif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görülən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yekun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çatdırılmasını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</w:tbl>
    <w:p w14:paraId="4043A126" w14:textId="10123476" w:rsidR="005901E5" w:rsidRPr="00492B41" w:rsidRDefault="005901E5" w:rsidP="005901E5">
      <w:pPr>
        <w:rPr>
          <w:rFonts w:ascii="Times New Roman" w:hAnsi="Times New Roman" w:cs="Times New Roman"/>
          <w:b/>
          <w:bCs/>
          <w:sz w:val="28"/>
          <w:szCs w:val="28"/>
          <w:lang w:val="az-Latn-AZ"/>
        </w:rPr>
      </w:pPr>
      <w:r w:rsidRPr="005901E5">
        <w:rPr>
          <w:rFonts w:ascii="Times New Roman" w:hAnsi="Times New Roman" w:cs="Times New Roman"/>
          <w:b/>
          <w:bCs/>
          <w:sz w:val="28"/>
          <w:szCs w:val="28"/>
          <w:lang w:val="en-US"/>
        </w:rPr>
        <w:t>QEYD :</w:t>
      </w:r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Müsahibədə</w:t>
      </w:r>
      <w:proofErr w:type="spellEnd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rastgəlmə</w:t>
      </w:r>
      <w:proofErr w:type="spellEnd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tezliyi</w:t>
      </w:r>
      <w:proofErr w:type="spellEnd"/>
      <w:r w:rsidR="00492B41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 xml:space="preserve"> və ya təkrarlama </w:t>
      </w:r>
    </w:p>
    <w:p w14:paraId="7D8A032C" w14:textId="77777777" w:rsidR="005901E5" w:rsidRPr="00492B41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492B41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>Çox yüksək</w:t>
      </w:r>
      <w:r w:rsidRPr="00492B4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— demək olar ki, əksər müsahibələrdə bu mövzudan sual verilir. </w:t>
      </w:r>
    </w:p>
    <w:p w14:paraId="32A89D0E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əsas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mövzularındandır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99DF57C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hazırda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dövrdə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əhəmiyyəti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artır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BDF4FE5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əvvəl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soruşulurdu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lakin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yer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almağa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başlayıb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>.</w:t>
      </w:r>
    </w:p>
    <w:p w14:paraId="37B7E653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51FFA1BB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44794C0F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31CDC79E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5F4F28F5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59D62B6B" w14:textId="77777777" w:rsidR="005901E5" w:rsidRDefault="005901E5" w:rsidP="006144B0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135A5C28" w14:textId="587D4BEA" w:rsidR="006144B0" w:rsidRPr="005901E5" w:rsidRDefault="006144B0" w:rsidP="006144B0">
      <w:pPr>
        <w:rPr>
          <w:rFonts w:ascii="Times New Roman" w:hAnsi="Times New Roman" w:cs="Times New Roman"/>
          <w:sz w:val="28"/>
          <w:szCs w:val="28"/>
          <w:lang w:val="az-Latn-AZ"/>
        </w:rPr>
      </w:pPr>
      <w:r w:rsidRPr="005901E5">
        <w:rPr>
          <w:rFonts w:ascii="Times New Roman" w:hAnsi="Times New Roman" w:cs="Times New Roman"/>
          <w:b/>
          <w:sz w:val="28"/>
          <w:szCs w:val="28"/>
          <w:lang w:val="az-Latn-AZ"/>
        </w:rPr>
        <w:lastRenderedPageBreak/>
        <w:t xml:space="preserve">6. Təhsil və əmək qanunvericiliyinin tətbiqi   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3096"/>
        <w:gridCol w:w="4536"/>
        <w:gridCol w:w="7416"/>
      </w:tblGrid>
      <w:tr w:rsidR="006144B0" w:rsidRPr="006144B0" w14:paraId="0A9270B3" w14:textId="77777777" w:rsidTr="002327A5">
        <w:trPr>
          <w:tblHeader/>
          <w:jc w:val="center"/>
        </w:trPr>
        <w:tc>
          <w:tcPr>
            <w:tcW w:w="792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8E326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№</w:t>
            </w:r>
          </w:p>
        </w:tc>
        <w:tc>
          <w:tcPr>
            <w:tcW w:w="309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2FE13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Mövzu</w:t>
            </w:r>
            <w:proofErr w:type="spellEnd"/>
          </w:p>
        </w:tc>
        <w:tc>
          <w:tcPr>
            <w:tcW w:w="453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E018B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Müsahibədə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yoxlanılan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cəhət</w:t>
            </w:r>
            <w:proofErr w:type="spellEnd"/>
          </w:p>
        </w:tc>
        <w:tc>
          <w:tcPr>
            <w:tcW w:w="741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2098C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Sual</w:t>
            </w:r>
          </w:p>
        </w:tc>
      </w:tr>
      <w:tr w:rsidR="006144B0" w:rsidRPr="00492B41" w14:paraId="0F14445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FA4B7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251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32EA05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C9668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İntizam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prosedurunun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tətbiqi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F6FCCE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intizam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pozuntusu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sənədləşmə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baxımından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ardıcıllıqla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hərəkət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85A2EDA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78E543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252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42561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DED977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Məzuniyyət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hüququnun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edilməsi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D83AF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məzuniyyət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tələbi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qrafiki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ziddiyyət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tənzimləyərdiniz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54EC3CD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6C4525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253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9791B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BE2FF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Vakant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vəzifəyə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qəbul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41D9D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vakant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vəzifə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qanuniliyini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şəffaflığını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3713834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BA803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254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2D68C3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CEBF1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Vəzifədən-vəzifəyə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keçirilmə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586121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başqa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vəzifəyə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keçirilməsi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339AA4A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85E4C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255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0A58CF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1EADB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yükünün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dəyişdirilməsi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5FA025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yükündə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dəyişiklik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ehtiyacları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uzlaşdırılmalıdır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1C6E317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646A02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256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7A54F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19E03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müqaviləsi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şərtlərinin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dəyişməsi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BC8F0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müqaviləsinin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mühüm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şərtlərinin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dəyişdirilməsi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zərurəti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22DD55A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02DF5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257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73FF64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D81FF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İşə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çıxmama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halının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araşdırılması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D4F319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üzrsüz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səbəbdən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çıxmadıqda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verməzdən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hallar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araşdırılmalıdır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A4439A3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5ECEA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258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2C0C7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E79CA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hüquqlarının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qorunması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371A7E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qayda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ziddiyyət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prinsipi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götürərdiniz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24F33E7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6641CD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259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B47E1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56F5F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Qiymətləndirmə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bağlı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müraciət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F2750B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verilən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razılaşmadıqda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müraciətin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obyektiv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araşdırılmasını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28F158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86CEB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260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5B59D0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56A94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yerdəyişmə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proseduru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A8F36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yerdəyişməsi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düzgünlüyünü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AC9CC8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3ABF9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261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D4662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D60F59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sənədlərinin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aparılması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BB481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Sinif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jurnalı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kitabı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digər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rəsmi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düzgün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aparılmasına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96FC932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B87B5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262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615F4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91CF8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Fərdi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qorunması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0D2937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toplanması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saxlanması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paylaşılması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məhdudiyyətləri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0FFDF8E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08646E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263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A5AC72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9849F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davranış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qaydalarının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tətbiqi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85B48A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qaydasını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pozması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daxil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88462EA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33001B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264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3BF572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7F1C1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Maraqlar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toqquşmasının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qarşısı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D650BD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yaxın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qohumu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marağı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bağlı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yanaşma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edilməlidir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E32FFEE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D3982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265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581E92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3D9C80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resurslarından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qanuni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istifadə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DC303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əmlakı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resurslarının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faktı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edilərsə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8F2DD72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59125A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266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5E497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83627B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mühafizəsi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öhdəliyi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09F43A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tələbinin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pozulduğu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addımları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F7FAAD0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26235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267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26EB5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204D6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öhdəlik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C46B44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Bullinq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zorakılıq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şübhəsi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məlumatlandırma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müdaxilə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öhdəliyini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yetirərdiniz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D79DBFA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C8DA4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268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6AEB9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DC441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İnklüziv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hüququ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2BF59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Xüsusi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ehtiyacı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təlimə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çıxışında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maneə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prinsipləri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götürərdiniz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D86C1A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F8E72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269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C89B3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BF72A9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Valideynin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alma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hüququ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4293FF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alma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məxfiliyi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balansı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BBB5474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C06AA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270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C9597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7A3CA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Pedaqoji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şuranın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səlahiyyəti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075369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pedaqoji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şurada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müzakirə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çıxarılmalı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olduğunu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CBB5E0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CA3E90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271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7300B1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2523E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tərtibi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0DF2C8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hazırlanarkən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sərəncam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hissəsi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göstərilməlidir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83E1B7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B13147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272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055AC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79882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Müraciətlərə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cavab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695DB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Vətəndaş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müraciətinin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araşdırılması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cavablandırılmasında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prosedur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sübut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prinsiplərini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gözləyərdiniz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E88BE11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1B15F9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273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AD84F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7D1DDE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Səlahiyyət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həddinin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qorunması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3AC44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Direktor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müavin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səlahiyyətinə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aid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olmayan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qarşılaşdıqda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hərəkət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etməlidir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4C6C274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F0900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274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DD348E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A1456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hüquqiliyinin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yoxlanması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F1293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imzalamazdan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qanuniliyini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icraolunma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imkanını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4CCA34D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81E9AB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275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21DEE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722DC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Normativ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dəyişikliklərin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izlənməsi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51D7B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dəyişiklikləri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izləmək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praktikasına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sistemi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5AC7B2F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9A1A06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276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94858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D3AFF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imzalamaqdan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imtina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1340D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təqdim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tanış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olmaqdan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imza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etməkdən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imtina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A4753E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4FEA18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277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88722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8FB9B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Yazılı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izahatın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alınması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CD3F41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İntizam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izahat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alınarkən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qərəzsizlik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edilməlidir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757465A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D6A4D9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278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30363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9C75A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İntizam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tədbirinin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müddətləri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35B79A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İntizam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hadisənin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aşkar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prosedur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müddətləri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niyə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alınmalıdır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77CAF75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32AB2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279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DC194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AC2C88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münasibətinə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xitam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təşəbbüsü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D92E58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münasibətinə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xitam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verilməsi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təklif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hazırlanarkən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sübut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prosedurlar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yoxlanmalıdır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B2CDE6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563EA8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280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2A154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7E96B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İstirahət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günündə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iş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568A91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istirahət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bayram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günündə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cəlb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zərurəti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qorunmalıdır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2BE5C30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35D14F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281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F9679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F0830B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Müvəqqəti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əvəzetmə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410DE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Başqa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funksiyasının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müvəqqəti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icrası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razılıq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ödəniş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tənzimləyərdiniz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0C5FAE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E3630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282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5B936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31F02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Sağlamlıq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məxfiliyi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D6715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sağlamlığı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qabiliyyətinə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aid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hissəsi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tibbi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məxfiliyi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894B202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375EE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283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54004A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00555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Ayrı-seçkiliyin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qarşısının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alınması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BD795A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bölgüsü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imkanlarında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ayrı-seçkilik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iddiasını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4F286C6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7DD31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284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518D7F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5216C0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görüntüsünün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paylaşılması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393D5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foto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videolarının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internet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resurslarında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paylaşılması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razılıq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prinsiplərini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gözləyərdiniz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E5BF175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2929C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285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358F7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CCA01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Videomüşahidənin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həddi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267B7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kamera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xidmət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etdirərkən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məxfilik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hüququnu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D023882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84ACBD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286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7A51F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7A660C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Müqavilə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satınalma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səlahiyyəti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4DC284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adından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xidmət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mal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alınması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bağlı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imzalanarkən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səlahiyyət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həddini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1B59974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93EB1B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287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5346ED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8CA17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Rəsmi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sənəddə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düzəliş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91A518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Rəsmi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qeyd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səhv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aşkarlandıqda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silmə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cəhətdən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düzgün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düzəlişi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D373332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CCDDF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288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6B487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C8800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sənəd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imza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0E49BB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formada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göndərilən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rəsmi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qüvvəsini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müəllifliyini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D32C48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B3CC2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289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AA9BA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921253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Möhür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blanklardan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istifadə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9D6B8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möhürü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rəsmi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blankı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imza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səlahiyyətinin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icazəsiz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3B5AFE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FAA489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290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AF585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DDD8A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saxlanması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silinməsi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CC611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qədər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saxlanacağını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zaman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silinəcəyini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23AA2B5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2B31F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291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029089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3BF28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intizam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tədbirinin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mütənasibliyi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3D5200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intizam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pozuntuya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uyğun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tərbiyəvi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7DAE01B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80BE6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292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14C47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3C2D82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Məcburi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təhsilə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davamın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təminatı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EB745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uzunmüddətli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davamiyyətsizliyi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öhdəliklərini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yetirərdiniz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7AAABDE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D455F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293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F366D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BDD64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Siyasi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neytrallıq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D0FDF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mühitində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siyasi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təbliğat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riski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müəssisəsinin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neytrallığını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E2C3272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9903FA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294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E7125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B71BD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Hədiyyə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fayda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təklifi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B42CE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biləcək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hədiyyə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üstünlük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təklif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A1AB8C9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098420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295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295E0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08424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Əlavə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maraqlar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toqquşması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E4659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məktəbdənkənar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fəaliyyəti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vəzifəsinə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qərəzsizliyinə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tənzimləyərdiniz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6A5C425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2FC9F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296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63E57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567E7D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Təqib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qısnama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şikayəti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351CF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təqib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qısnama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müraciət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3B38573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06275C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297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4CAE2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C0FE3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Pozuntu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verənin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qorunması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AE5F9F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Qanun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pozuntusu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təzyiqə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məruz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qalmamasını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37A13A5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1344E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298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347074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6EEA22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İşçi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nümayəndələrinin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iştirakı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CEB17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hüquqlarına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nümayəndələri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həmkarlar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məsləhətləşməni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4B83BC7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D50616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299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B4A82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A4630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İstehsalat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hadisəsinin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sənədləşdirilməsi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D788CA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xəsarət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hadisənin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qeydiyyatı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araşdırılması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məlumatlandırılması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aparılmalıdır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AEEAFE9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DA371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300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07FE8C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6.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123DC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məsləhətə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yönləndirmə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D92F0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Qanunvericiliyin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aydın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olmadığı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mürəkkəb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özbaşına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məsləhət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zaman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</w:tbl>
    <w:p w14:paraId="2E8824C2" w14:textId="77777777" w:rsidR="006144B0" w:rsidRDefault="006144B0" w:rsidP="006144B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A406BCE" w14:textId="362E64D4" w:rsidR="005901E5" w:rsidRPr="00492B41" w:rsidRDefault="005901E5" w:rsidP="005901E5">
      <w:pPr>
        <w:rPr>
          <w:rFonts w:ascii="Times New Roman" w:hAnsi="Times New Roman" w:cs="Times New Roman"/>
          <w:b/>
          <w:bCs/>
          <w:sz w:val="28"/>
          <w:szCs w:val="28"/>
          <w:lang w:val="az-Latn-AZ"/>
        </w:rPr>
      </w:pPr>
      <w:r w:rsidRPr="005901E5">
        <w:rPr>
          <w:rFonts w:ascii="Times New Roman" w:hAnsi="Times New Roman" w:cs="Times New Roman"/>
          <w:b/>
          <w:bCs/>
          <w:sz w:val="28"/>
          <w:szCs w:val="28"/>
          <w:lang w:val="en-US"/>
        </w:rPr>
        <w:t>QEYD :</w:t>
      </w:r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Müsahibədə</w:t>
      </w:r>
      <w:proofErr w:type="spellEnd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rastgəlmə</w:t>
      </w:r>
      <w:proofErr w:type="spellEnd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92B41">
        <w:rPr>
          <w:rFonts w:ascii="Times New Roman" w:hAnsi="Times New Roman" w:cs="Times New Roman"/>
          <w:b/>
          <w:bCs/>
          <w:sz w:val="28"/>
          <w:szCs w:val="28"/>
          <w:lang w:val="en-US"/>
        </w:rPr>
        <w:t>tezliyi</w:t>
      </w:r>
      <w:proofErr w:type="spellEnd"/>
      <w:r w:rsidR="00492B41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 xml:space="preserve"> və ya təkrarlama </w:t>
      </w:r>
    </w:p>
    <w:p w14:paraId="24749B93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demək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olar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ki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əksər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mövzudan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sual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verilir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88112CC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əsas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mövzularındandır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ABADF04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hazırda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dövrdə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əhəmiyyəti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artır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E0AA485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əvvəl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soruşulurdu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lakin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yer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almağa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başlayıb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>.</w:t>
      </w:r>
    </w:p>
    <w:p w14:paraId="18BA41C6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31CBD150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222B1F2A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0FCC0097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53B88A37" w14:textId="77777777" w:rsidR="005901E5" w:rsidRDefault="005901E5" w:rsidP="006144B0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01DF3B3D" w14:textId="287CB856" w:rsidR="006144B0" w:rsidRPr="006144B0" w:rsidRDefault="006144B0" w:rsidP="006144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7.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Sosial-emosional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və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etik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liderlik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3096"/>
        <w:gridCol w:w="4536"/>
        <w:gridCol w:w="7416"/>
      </w:tblGrid>
      <w:tr w:rsidR="006144B0" w:rsidRPr="006144B0" w14:paraId="1DC8C158" w14:textId="77777777" w:rsidTr="002327A5">
        <w:trPr>
          <w:tblHeader/>
          <w:jc w:val="center"/>
        </w:trPr>
        <w:tc>
          <w:tcPr>
            <w:tcW w:w="792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F0527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№</w:t>
            </w:r>
          </w:p>
        </w:tc>
        <w:tc>
          <w:tcPr>
            <w:tcW w:w="309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98D87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Mövzu</w:t>
            </w:r>
            <w:proofErr w:type="spellEnd"/>
          </w:p>
        </w:tc>
        <w:tc>
          <w:tcPr>
            <w:tcW w:w="453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B4CBA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Müsahibədə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yoxlanılan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cəhət</w:t>
            </w:r>
            <w:proofErr w:type="spellEnd"/>
          </w:p>
        </w:tc>
        <w:tc>
          <w:tcPr>
            <w:tcW w:w="741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F5CD1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Sual</w:t>
            </w:r>
          </w:p>
        </w:tc>
      </w:tr>
      <w:tr w:rsidR="006144B0" w:rsidRPr="00492B41" w14:paraId="0EA1DCC3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9AE215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301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841CE4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94A66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Ədalətli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münasibət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BFD6D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münasibətdə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ədalət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fərdiləşdirilmiş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dəstək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balansı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2A9E131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29ED27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302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1FD372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A3AEDF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Favoritizm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iddiasının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C94D5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bəzi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üstünlük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verdiyi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iddia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yaranarsa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etimadı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bərpa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B2D44F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31110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303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673FE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F0ADB7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tükənmənin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qarşısı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91D1E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yorğunluq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tükənmə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əlamətləri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44A5143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BB48E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304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5E81D2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4B3689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özünənəzarət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BF55C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Gərgin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təxribatçı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söhbət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emosiyalarınızı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DF6C33D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1C6A5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305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728F7E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9BC3B4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Empatiya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tələbkarlıq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balansı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53A05A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çətinliyini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alarkən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tələblərinin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yetirilməsini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41BA7E1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ACB52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306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AE89A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CE2FE5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Etimadın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formalaşdırılması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443E6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Yeni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etimadını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ilk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aylarda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qazanardınız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3558E5E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0412E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307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56935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5F65D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dilemma</w:t>
            </w:r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D3D9C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Qanuni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ədalətsiz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qarşılaşdıqda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423B09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436A0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308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47DCD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EF404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Məxfiliyin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qorunması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82A5E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sizə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etibarla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verilən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hallarda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paylaşmaq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005EBC1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3B502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309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7DB45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F7C49D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tanınması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29AE0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zəhmətini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formal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təşəkkürdən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daha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üsullardan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E7A4431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32215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310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367C8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953D9B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Toksik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davranışa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müdaxilə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D38AA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Bir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alçaldıcı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aqressiv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mənfi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AD0E912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396CF6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311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9EDCA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84151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Komanda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ruhunun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bərpası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2ACB9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Uğursuz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motivasiyası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aşağı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düşdükdə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bərpa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938B6D5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8A3E9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312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18F112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91BBC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Vasitəçilik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bacarığı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DE1E2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İki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münaqişə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vasitəçiliyi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5F19CB7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CAE75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313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19C5E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CA0BD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Psixoloji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təhlükəsizlik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334A6D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səhvini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gizlətmədən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fikrini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çəkinmədən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bildirdiyi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mühiti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yaradardınız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4B9752B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15CFB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314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CE013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113FC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Qərəzsiz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qərarvermə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C8498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münasibətinizin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özünənəzarət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mexanizmlərindən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E57BCF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D0C42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315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018AE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3A49B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geribildirim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2B834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Uzun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çalışan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tələbini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çatdırardınız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2B96604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6F933E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316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4945F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30CEF4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nümunə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244C15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məsuliyyətli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konkret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nümunələrlə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etməlidir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9571F1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D8B91C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317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644F7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496FB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Səhvi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etiraf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etmək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4F46A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səhv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etdiyinizi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etiraf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etimadı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0F6574B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513AD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318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D4BBAB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D46486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yükündə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ədalət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C53ABE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yükünün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ədalətsiz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bölündüyünü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bildirdikdə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7E0A0D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57FAFB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319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83CBC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2E61A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Yeni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adaptasiyası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64DF8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yeni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gəlmiş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qaydalarına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uyğunlaşmasını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dəstəkləyərdiniz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490308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F87A9F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320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290D36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0B12B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Davamlılıq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dözümlülük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DA2A2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Ardıcıl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tənqidlər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şəraitində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dayanıqlığınızı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BF17F43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A359E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321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BCD41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21B37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rifahı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EF147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psixoloji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rifahını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dəstəkləyərkən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vəzifələrinin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icrasını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E1177D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ABF94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322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85B07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CEAEA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Qeybət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dedi-qoduya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münasibət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0E063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nüfuzuna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zərər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vuran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dedi-qodular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yayıldıqda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mövqe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tutardınız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9117037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30849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323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5AB7E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4CAFF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mədəniyyətin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qurulması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077B4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yalnız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qayda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gündəlik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mədəniyyət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formalaşdırardınız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615D3F5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0ADFF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324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3E2B5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10AB8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intellektlə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qərarvermə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39213F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309870A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71524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325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6EDD7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33E0D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Mənəvi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cəsarət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546AA8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Populyar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olmayan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mənafeyi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zəruri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D154D47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F8E5DB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326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AE934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548AB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Təzyiq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altında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dəyərlərə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sadiqlik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55A87B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Yuxarı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təzyiqi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prinsiplərə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zidd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mövqeni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tutardınız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3FA590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424F7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327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EE9A2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9CF74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Yas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yaşayan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əməkdaşa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dəstək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C642B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Yaxınını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itirmiş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insani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dəstək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davamlılığını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AC11F9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36F0D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328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C2F71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68F39E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Tanınmada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qərəzin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qarşısı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AC298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Uğurların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əlaqələndirilməsi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nəticəsində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ədalətsizlik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hissini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qaldırardınız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C6EF0EC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DE6BD8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329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800ADD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190E5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Verilmiş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48945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verdiyi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obyektiv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səbəbdən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yetirə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bilmədikdə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etimadı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4190975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71D4D2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330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2491B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F762E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Nəticəli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lakin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əməkdaş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9981E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başqalarını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alçaldan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4B6EA5F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8C8A4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331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DA15ED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BF6B6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Mərhəmət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yorğunluğu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87B1A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Daim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riskli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həssas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işləyən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yorğunluğu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azaldardınız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B9FEF7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4A30C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332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13DC03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90314B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Rəhbərin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əlçatanlıq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sərhədi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3E35B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kəs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əlçatan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olmaqla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dayanıqlığı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508933D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1B2B2C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333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F812A2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93AD3F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imkanlarında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şəffaflıq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0E179C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layihə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nümayəndəlik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imkanlarının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ədalətli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bölüşdürüldüyünü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1DDB47B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50578D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334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FA406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8576E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Məxfi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söhbəti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F2F3A5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söhbəti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nüfuzunu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zədələmədən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7CC2371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61B83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335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E4CE2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0C6772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Sakit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əməkdaşların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D6E99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İclaslarda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yalnız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dominant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çəkingən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da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fikrini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çıxarardınız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3B1CD93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78865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336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3C6546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9FDD7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Səhvdən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utanmadan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öyrənmə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00CC7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Səhvlərin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ittihama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öyrənməyə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çevrildiyi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mühitini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yaradardınız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786D7E4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28450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337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ED52C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8E1E8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yoluxmanın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34C56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Bir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neçə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narazı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mənfi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əhvalı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bütün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yayıldıqda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müdaxilə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1B6E1F0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151D5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338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1398C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D9D68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Mənəvi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gərginlik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607BBA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dəyərləri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verilən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tapşırıq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mənəvi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gərginlik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yaşadıqda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dinləyərdiniz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29DD35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06A01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339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38350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57EB0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Məxfilik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pozulduqdan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etimad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3DFFA9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səhvi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nəticəsində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məxfi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yayıldıqda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etimadı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bərpa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2D5BAFF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C191E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340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087C2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8FDE8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İctimai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qəzəbdən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əməkdaşı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qorumaq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58AC4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media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təzyiqi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üzərinə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yönəldikdə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psixoloji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F6186A1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7379A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341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50E5A7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B1D94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Uğursuz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yoxlamadan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dayanıqlıq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E871C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Mənfi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nəticəsindən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günahlandırma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mövqeyini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formalaşdırardınız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8A92A9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76B63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342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38384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D3409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Həmkar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dəstəyi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sistemi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621AC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bir-birinə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dəstək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mexanizmi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A1FD670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D4B45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343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716FEE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83E2F5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Rəhbərdə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tükənmə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siqnalları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AB491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Özünüzdə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tükənmə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əlamətlərini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hiss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addımları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atardınız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863A3B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7273C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344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D0AB7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F4F4FC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Minnətdarlıq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mədəniyyəti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0B41A5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Təşəkkürü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təsadüfi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səmimi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ədalətli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mədəniyyətə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çevirərdiniz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4B620E3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8DA0F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345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1640D2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585AB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Səlahiyyətdən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istifadə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9D1ED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səlahiyyətinin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qorxu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asılılıq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yaratmadan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E84F645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18701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346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690209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3EB6E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Fərqli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fikrin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qorunması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FB1C9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mövqeyinə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əsaslandırılmış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fikir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bildirən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cəzalandırılmadığını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2ACD4B7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E899F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347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6898D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BB40D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Üzr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münasibətin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bərpası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B3A42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kobud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ədalətsiz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incitdikdə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münasibətin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bərpasını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5BDBD7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69500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348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2F73A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73E11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İntizamda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humanist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yanaşma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58F4E5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İntizam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pozuntusuna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münasibətdə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insanın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almaqla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10E5CB1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1A783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349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182A4B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F6701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iqlimin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ölçülməsi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376AF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şayiələrə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A6E8132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06D48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350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14444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7.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Sosial-emosional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8BBD0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Liderin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refleksiya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vərdişi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E02EC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Gündəlik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həftəlik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özünüqiymətləndirmə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vasitəsilə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davranışınıza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düzəliş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</w:tbl>
    <w:p w14:paraId="699B4B0D" w14:textId="77777777" w:rsidR="005901E5" w:rsidRPr="005901E5" w:rsidRDefault="005901E5" w:rsidP="005901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01E5">
        <w:rPr>
          <w:rFonts w:ascii="Times New Roman" w:hAnsi="Times New Roman" w:cs="Times New Roman"/>
          <w:b/>
          <w:bCs/>
          <w:sz w:val="28"/>
          <w:szCs w:val="28"/>
          <w:lang w:val="en-US"/>
        </w:rPr>
        <w:t>QEYD :</w:t>
      </w:r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Müsahibədə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rastgəlmə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tezliyi</w:t>
      </w:r>
      <w:proofErr w:type="spellEnd"/>
    </w:p>
    <w:p w14:paraId="059B2138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demək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olar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ki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əksər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mövzudan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sual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verilir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B561F9C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əsas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mövzularındandır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2077B57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hazırda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dövrdə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əhəmiyyəti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artır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14138004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əvvəl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soruşulurdu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lakin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yer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almağa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başlayıb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>.</w:t>
      </w:r>
    </w:p>
    <w:p w14:paraId="4944F820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0B9FF4BF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618FB181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7D36A286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5F6E4B18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24345E20" w14:textId="77777777" w:rsidR="005901E5" w:rsidRDefault="005901E5" w:rsidP="006144B0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0C5F4843" w14:textId="7D8CF8DE" w:rsidR="006144B0" w:rsidRPr="005901E5" w:rsidRDefault="006144B0" w:rsidP="006144B0">
      <w:pPr>
        <w:rPr>
          <w:rFonts w:ascii="Times New Roman" w:hAnsi="Times New Roman" w:cs="Times New Roman"/>
          <w:sz w:val="28"/>
          <w:szCs w:val="28"/>
          <w:lang w:val="az-Latn-AZ"/>
        </w:rPr>
      </w:pPr>
      <w:r w:rsidRPr="005901E5">
        <w:rPr>
          <w:rFonts w:ascii="Times New Roman" w:hAnsi="Times New Roman" w:cs="Times New Roman"/>
          <w:b/>
          <w:sz w:val="28"/>
          <w:szCs w:val="28"/>
          <w:lang w:val="az-Latn-AZ"/>
        </w:rPr>
        <w:lastRenderedPageBreak/>
        <w:t xml:space="preserve">8. Uşaq müdafiəsi, təhlükəsizlik və inklüzivlik   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3096"/>
        <w:gridCol w:w="4536"/>
        <w:gridCol w:w="7416"/>
      </w:tblGrid>
      <w:tr w:rsidR="006144B0" w:rsidRPr="006144B0" w14:paraId="32C3EDE3" w14:textId="77777777" w:rsidTr="002327A5">
        <w:trPr>
          <w:tblHeader/>
          <w:jc w:val="center"/>
        </w:trPr>
        <w:tc>
          <w:tcPr>
            <w:tcW w:w="792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63F7C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№</w:t>
            </w:r>
          </w:p>
        </w:tc>
        <w:tc>
          <w:tcPr>
            <w:tcW w:w="309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26359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Mövzu</w:t>
            </w:r>
            <w:proofErr w:type="spellEnd"/>
          </w:p>
        </w:tc>
        <w:tc>
          <w:tcPr>
            <w:tcW w:w="453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E190B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Müsahibədə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yoxlanılan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cəhət</w:t>
            </w:r>
            <w:proofErr w:type="spellEnd"/>
          </w:p>
        </w:tc>
        <w:tc>
          <w:tcPr>
            <w:tcW w:w="741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7A315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Sual</w:t>
            </w:r>
          </w:p>
        </w:tc>
      </w:tr>
      <w:tr w:rsidR="006144B0" w:rsidRPr="00492B41" w14:paraId="4F450D4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89F88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351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0F3AF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54ED5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Bullinqə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operativ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müdaxilə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23035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bullinqə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məruz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qaldığı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daxil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ilk 24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ərzində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addımları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atardınız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68A04B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1B5EC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352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10713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D3C17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Zorakılıq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şübhəsinin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B1C97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ailədaxili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digər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zorakılıq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əlamətləri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müşahidə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hərəkət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782509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7E496D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353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7B50D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D9B57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Özünə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zərər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riski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13F3F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zərər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intihar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fikri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olduğu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bildirildikdə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BCD89B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D5AD49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354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099E0D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52B4D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Təxliyənin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təşkili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1EFE91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digər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fövqəladə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təxliyəsini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A7A2181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292F6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355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0D9C2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2B598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Laboratoriya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hadisəsi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1785F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Laboratoriyada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xəsarət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aldığı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hadisədə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ilk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yardım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məlumatlandırma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aparılmalıdır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E60C524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64191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356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248A2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D42C5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Fiziki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əlçatanlıq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FB503D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Hərəkət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məhdudiyyətli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binasında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əlçatanlıq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80EDF8E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77C9D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357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87668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74CA5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İnklüzivliyə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etirazı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8262A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xüsusi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ehtiyacı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sinifdə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almasına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etiraz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11FE7DC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A32A6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358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9F30E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124B6D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Ayrı-seçkiliyin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qarşısı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887E9C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dilinə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sağlamlıq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xüsusiyyətinə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digər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ayrı-seçkilik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3C5FE65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00EACB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359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05323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63346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Kiberbullinq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0DD45A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şəbəkədə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təhqir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təhdid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halları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aşkarlandıqda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görməlidir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44F6029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DBD43A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360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D94B2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24661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Uzunmüddətli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davamiyyətsizlik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6D5B2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neçə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səbəbsiz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gəlmədikdə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017A30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28A8B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361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6DD213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4FFF6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Məktəbə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gediş-gəliş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təhlükəsizliyi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0572F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gediş-gəlişində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nəqliyyat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87AC8B9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5D619B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362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A5309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46C1D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Giriş-çıxış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nəzarəti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862D0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kənar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girişini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normal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münasibət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baxımından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tənzimləyərdiniz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4727E05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73573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363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E5DC6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454C5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Sağlamlıq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böhranı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8E4ED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qəfil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ağır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sağlamlıq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fəaliyyət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ardıcıllığını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42F600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59545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364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905753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6F3A5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Fövqəladə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hallar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planı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31EEB2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fövqəladə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hallar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kağız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üzərində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real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A7924AE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83BCD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365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0F15FB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F121C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Uşağın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məxfiliyi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A9C1B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hadisəsi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yalnız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zəruri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paylaşılmasını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8BD0C07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80FE9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366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3B345A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8452C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Şagirdlərarası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zorakılıq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267F20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İki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fiziki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zorakılıq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cəza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bərpaedici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yanaşmanı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6689880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832A6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367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DFEA4A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FFA8C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ciddi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iddia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6FBD6B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qeyri-etik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zorakı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iddia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daxil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6ADF66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AF299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368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DA429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F398D6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İnklüziv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dəstəyi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DF337B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xüsusi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ehtiyacı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işləməkdə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çətinlik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çəkdikdə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dəstəyi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CF636A9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D35FE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369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A1221F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AECC4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risklərinin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xəritələnməsi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E0039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laboratoriya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idman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giriş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sahələrində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riskləri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C440379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9BA87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370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9ACA7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567DB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məşqlər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21B5B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təxliyə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məşqlərinin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formal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öyrədici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keçirilməsini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D0D9461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845E6F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371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CBA597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05F10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Sanitar-gigiyenik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təhlükəsizlik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2FBB2F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sanitar-gigiyenik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pisləşdiyi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edilərsə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sistemli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948B05F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02479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372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8183E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AD63F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Həssas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müdafiəsi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E200E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təcrid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lağa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qoyulan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aidlik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hissini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bərpa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338D5B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4A3174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373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FC11F2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D476D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nikah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riski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DF792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nikaha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cəlb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riski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məlumatlandırma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addımlarını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atardınız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9B2E7F4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66BBEE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374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883DB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B4C1D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Travmadan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dəstək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7C401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icmasına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ölüm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qəza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ağır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hadisədən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dəstəyi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22EFE45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79475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375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AB1D9C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3FD4C3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Təhlükəsiz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göstəriciləri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760A88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fiziki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psixoloji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baxımdan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olub-olmadığını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2E1CD3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DD56C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376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564B7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98D4F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qaydalarının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mənimsənilməsi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82DDF7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Bütün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rolunu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məlumatlandırma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ardıcıllığını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A49DB6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8B792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377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0B468E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429FAB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Məsul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şəxslərin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aydınlığı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83A47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hadisələrində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əvəzedici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funksiyalarını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CC87955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72B44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378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7B6BB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6E0872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Cinsi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xarakterli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qısnama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iddiası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AEA3A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cinsi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xarakterli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qısnama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daxil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mənafeyini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araşdırmanı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9E478DC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1E398E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379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6DCCC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654E51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daxilində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itkin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şagird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E5D9E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olmadığı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ilk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dəqiqələrdə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3B78F97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FD6DE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380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6D5F6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F1C64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Valideynlik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hüququ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bağlı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mübahisə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4FDC0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Ayrılmış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götürmə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mübahisəsi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1B4C8C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40C786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381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7424D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B63DF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İcazəsiz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foto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video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çəkilişi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9753D1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Kənar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digər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icazəsiz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çəkdikdə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28B1CC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879A6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382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03BB4C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9392E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Dərmanların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verilməsi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76B85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dərman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zərurəti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tənzimləyərdiniz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045B172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DDBCE1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383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7E335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85033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Allergiya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anafilaksi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riski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D9816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Ağır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allergiyası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yardım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məlumatlandırma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3049337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B52D4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384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D968C2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8B971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Məktəbdənkənar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səfər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təhlükəsizliyi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2F84C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Ekskursiya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səfər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nəqliyyat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müşayiət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razılıq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risklərini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29E2D45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907A2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385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ABD7F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89848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İdman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zədələrinin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profilaktikası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3AE592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tərbiyəsi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yarışlarda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riskini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azaltmaq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təşkilati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78B5E6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93B614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386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10610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68024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Tikinti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təmir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zonası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A2C7B8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paralel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aparılırsa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4A1AFA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B275E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387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61235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966C8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Ekstremal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hava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şəraiti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3CEEE8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Güclü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külək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digər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hava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şəraitində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gediş-gəliş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E388D64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DD324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388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5DE8AB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57C358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Yoluxucu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xəstəlik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riski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1DFB2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yoluxucu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xəstəlik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əlamətləri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səhiyyə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məxfilik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davamlılığını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772E7A4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94EBC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389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26F35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51F83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İçməli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təhlükəsizliyi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AD3FB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içməli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suyu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sanitariya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şəraiti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bağlı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risk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aşkarlandıqda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addımları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atardınız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506AE2B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2D37F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390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C92A8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71DD4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Köhnəlmiş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təcili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məlumatları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43C5C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aktual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fövqəladə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risk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yaradırsa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bazasını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yeniləyərdiniz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AE5DBFE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5489C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391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2366F2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543A6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Sensor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ehtiyaclara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uyğun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mühit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50B96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sıxlıqdan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həssas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mühitini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uyğunlaşdırardınız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DECBC12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3579D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392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90F4E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10A8E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Əlilliyi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təxliyəsi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72D3F9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Təxliyə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hərəkət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eşitmə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məhdudiyyətli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alınmalıdır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FD767B3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F7FE4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393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DE3518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BC3AA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Qaçqın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köçkün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uşağın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inklüzivliyi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230DD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Yeni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travmatik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təcrübəsi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uyğunlaşmasını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ayrı-seçkilikdən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qorunmasını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A664F51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5B1E90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394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545E22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01AA8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əlçatanlığı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F7543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Ailənin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dilini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halında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qaydalarını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anlaşıqlı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çatdırardınız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3AB96F2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1FDBD0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395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489C6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A477A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Onlayn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dərsdə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müdafiəsi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900F6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Onlayn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ünsiyyətdə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–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sərhədlərini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tənzimləyərdiniz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1878EB4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CA820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396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EC192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B8D73E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Həmyaşıd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dəstəyinin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sərhədi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CA498D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bir-birinə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dəstəyini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təşviq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həssas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yayılmasının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51302DA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87A3DC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397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A0991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01ED29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Travmadan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məktəbə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qayıdış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82AC2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Ağır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hadisədən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uzunmüddətli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müalicədən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qayıdan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uyğunlaşma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DCD521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5611EF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398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EDC54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1B6A6B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Uşağın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açıqlamasının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dinlənilməsi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2767F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zorakılıq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danışdıqda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yönləndirici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suallarla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altına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salmadan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dinləmək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lazımdır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5B09897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D4106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399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853E0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A9050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Məlumatlandırma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33CF9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şübhəsinin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mərhələdə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aidiyyəti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qurumlara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bildirilməli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olduğunu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661C07A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DAE1E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400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2192DD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8.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Uşaq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müdafiəsi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inklüzivlik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 xml:space="preserve">(Yüksək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artan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01540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auditinin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icrası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D02256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auditində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aşkar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risklərin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qaldırılmasını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müddət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sübutla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</w:tbl>
    <w:p w14:paraId="080BC6AC" w14:textId="77777777" w:rsidR="005901E5" w:rsidRPr="005901E5" w:rsidRDefault="005901E5" w:rsidP="005901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01E5">
        <w:rPr>
          <w:rFonts w:ascii="Times New Roman" w:hAnsi="Times New Roman" w:cs="Times New Roman"/>
          <w:b/>
          <w:bCs/>
          <w:sz w:val="28"/>
          <w:szCs w:val="28"/>
          <w:lang w:val="en-US"/>
        </w:rPr>
        <w:t>QEYD :</w:t>
      </w:r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Müsahibədə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rastgəlmə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tezliyi</w:t>
      </w:r>
      <w:proofErr w:type="spellEnd"/>
    </w:p>
    <w:p w14:paraId="46D16E2E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demək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olar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ki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əksər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mövzudan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sual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verilir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B7CAF4D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əsas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mövzularındandır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95E1FF3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hazırda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dövrdə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əhəmiyyəti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artır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1AFC743D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əvvəl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soruşulurdu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lakin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yer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almağa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başlayıb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>.</w:t>
      </w:r>
    </w:p>
    <w:p w14:paraId="2FC6B4A5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09491659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78E27587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462B7BE6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76EEE3C0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26F62AC9" w14:textId="77777777" w:rsidR="005901E5" w:rsidRDefault="005901E5" w:rsidP="006144B0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0F21DCEB" w14:textId="555B3467" w:rsidR="006144B0" w:rsidRPr="006144B0" w:rsidRDefault="006144B0" w:rsidP="006144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9.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Rəqəmsal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və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texnoloji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>idarəetmə</w:t>
      </w:r>
      <w:proofErr w:type="spellEnd"/>
      <w:r w:rsidRPr="006144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3096"/>
        <w:gridCol w:w="4536"/>
        <w:gridCol w:w="7416"/>
      </w:tblGrid>
      <w:tr w:rsidR="006144B0" w:rsidRPr="006144B0" w14:paraId="16B82583" w14:textId="77777777" w:rsidTr="002327A5">
        <w:trPr>
          <w:tblHeader/>
          <w:jc w:val="center"/>
        </w:trPr>
        <w:tc>
          <w:tcPr>
            <w:tcW w:w="792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24D99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№</w:t>
            </w:r>
          </w:p>
        </w:tc>
        <w:tc>
          <w:tcPr>
            <w:tcW w:w="309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BD6FB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Mövzu</w:t>
            </w:r>
            <w:proofErr w:type="spellEnd"/>
          </w:p>
        </w:tc>
        <w:tc>
          <w:tcPr>
            <w:tcW w:w="453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73C03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Müsahibədə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yoxlanılan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cəhət</w:t>
            </w:r>
            <w:proofErr w:type="spellEnd"/>
          </w:p>
        </w:tc>
        <w:tc>
          <w:tcPr>
            <w:tcW w:w="741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A18D5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Sual</w:t>
            </w:r>
          </w:p>
        </w:tc>
      </w:tr>
      <w:tr w:rsidR="006144B0" w:rsidRPr="00492B41" w14:paraId="1A83A23A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183E37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401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B9192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06C25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paneli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5B316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izləmək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panelində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A1C3D56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F3421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402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3A6C7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5F75A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düzgünlüyü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A318DD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jurnal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kağız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uyğunsuzluq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aşkarlandıqda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7A7381F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69F55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403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F6EAE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9F160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təhlükəsizliyi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1E0B5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sistemlərdə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saxlanmasını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3DEED4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520B36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404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2908FA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E4BE5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Kibertəhlükəyə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reaksiya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669E9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icazəsiz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giriş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sızması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şübhəsi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C1303F7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A41C89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405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8B9E04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DD513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Müəllimlərin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bacarığı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8193E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bacarıqları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dəstək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EC87FC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8C03C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406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79DC7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C0B555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Süni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intellektdən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məsuliyyətli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istifadə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D4AB9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intellekt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vasitələrinin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məqsədyönlü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tənzimləyərdiniz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CBC9479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CDBA62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407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182E9D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6526AC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fasiləsizliyi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2D6FD3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gəlməyin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mümkün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olmadığı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şəraitdə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davamlılığını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2574E7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98C4F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408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C91DD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28B4A9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İnternet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kəsintisi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4B8D88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internet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müddət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işləmədikdə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2BBA52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6A178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409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314756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E8931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Yeni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platformanın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tətbiqi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6076D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Yeni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platformanı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etməzdən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ehtiyac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sınaq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A02D2C9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BC29B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410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99ACD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689BAD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dezinformasiya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D2473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internetdə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yanlış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yayıldıqda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faktların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yoxlanılması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rəsmi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cavab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qurulmalıdır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E7B12CF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5D3FB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411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62090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01183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Valideynlə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əlaqə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0A416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mesajlaşma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kommunikasiya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məxfilik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qaydalarını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3461C40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28D709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412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25E03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318A6F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Davamiyyət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təhlili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CAB9C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davamiyyət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risk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qrupuna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daxil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A2B351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B6B7F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413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3BD3EB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1D1D6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əsaslanan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idarəetmə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FE91C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statistik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sadəcə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92C6A3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6A09D6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414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AC26CE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D8AB8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Cihazların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ədalətli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bölgüsü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38B95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Məhdud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sayda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kompüter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planşetin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ədalətli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bölgüsünü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aparardınız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260A45A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F3D82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415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0B8737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3161A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əlçatanlıq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7C5F4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İnternetə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cihaza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çıxışı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olmayan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təlimdən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qalmamasını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1A0918F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08DDDF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416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88712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66A59D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Ehtiyat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nüsxələmə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904363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mühüm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itirilməsinin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nüsxələmə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qaydasını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9487FF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7FCC98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417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7CD25A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2B421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Giriş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səlahiyyətləri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A924AB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sistemlərdə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istifadəçi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səlahiyyətlərini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parolların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FD93E25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61A60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418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2C4EE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DD1D9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Rəsmi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sosial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media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idarəçiliyi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C4D98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sosial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media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məzmunu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giriş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səlahiyyəti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cavabdehliyi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tənzimlənməlidir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CC777F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31FD2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419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CAFC1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A350C1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arxiv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01DA82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arxivləşdirilməsində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axtarış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məxfilik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saxlanma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qaydalarını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5C449F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B521C3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420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1252B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FD714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Onlayn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iclasların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keyfiyyəti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F0AA5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iclasların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iştirak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məxfilik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sənədləşdirilməsi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baxımından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səmərəli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keçirilməsini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3ADC61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6573C1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421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A8F54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D6841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Texnologiyanın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faydasının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ölçülməsi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96B51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Alınmış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avadanlığın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tədris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real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faydasını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B568CD1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9523B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422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8808A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DC010E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monitorinqin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həddi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5671B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məxfiliyini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pozmadan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63470DF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265255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423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5728F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3CA7C5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təhlükəsizliyi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A10164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zərərli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məzmun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onlayn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təhdid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yayılmasından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tədbirləri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AABDAB4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4DB003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424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0A50D4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6FB7D4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Plagiat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süni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intellekt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025CB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tapşırıqlarında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plagiat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intellektdən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qeyri-düzgün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pedaqoji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şəkildə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790D03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DF21FE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425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BECC1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A7784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transformasiya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planı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BDF5E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birillik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xəritəsini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prioritetlər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6D743BA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912B5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426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37B1F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0B448D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inventarın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F5C668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kompüter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planşet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proyektor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şəbəkə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avadanlığının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uçota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alar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yenilənmə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prioritetini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6BDBC90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4E373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427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2A95AD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60E37A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Proqram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təminatı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lisenziyaları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7ADEB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İcazəsiz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proqram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təminatının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cihazlarında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FFD6E35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7F7A3B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428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51C28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59FD33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əlçatanlıq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vasitələri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75A9B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eşitmə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digər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ehtiyacı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platformaların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əlçatanlığını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2D08F93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879CA1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429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34A77E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E5839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analitikasında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qərəz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F6596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sistemin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verdiyi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risk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qərəzli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yanlış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ola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biləcəyini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147B673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20B4F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430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FCC762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DC7B2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minimum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toplanması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6D2C4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sistemlərdə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zəruri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olmayan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toplanmasının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6269E8F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2F156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431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4556C2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24176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Cihazlardan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məqbul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qaydası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FA2731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cihazlarından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qaydalarını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məsuliyyətlərlə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9AE9046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9DC64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432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CCE5C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9764B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cihazların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istifadəsi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FFE2D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cihazlarından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bərabərlik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diqqət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tənzimləyərdiniz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B3C4FE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8E1A76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433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3E0937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86A6D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Fişinq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sosial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mühəndislik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BB085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saxta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məktub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parol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oğurluğu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cəhdlərini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tanıması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təlimi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8D91822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D2C17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434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53C21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3492B5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Kiberhadisə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məşqi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90FA92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sızması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sistem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hücumu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sınaq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məşqini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E95A599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7F977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435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E24BC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C82F1A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Valideynlərin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savadlılığı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7E83D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platformalardan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çətinlik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dəstəyi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91BFE0B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DFEE98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436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50A45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BDC3C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vətəndaşlıq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0D3E4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məsuliyyətli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paylaşım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mənbə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onlayn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bacarıqlarını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322BB4F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1EDBF5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437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D15FA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4FE36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Süni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intellektlə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yaradılmış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yanlış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D4072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Şagird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intellektlə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yaradılmış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saxta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məzmun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paylaşdıqda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müdaxilə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21F7D3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78874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438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E9ECB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2AC4A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Avtomatlaşdırma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yükü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C71FE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alətlərdən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yükünü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azaltmaq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nəzarət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keyfiyyəti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9EA77E0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D148BC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439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439D2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4F1843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Sistemlərarası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uyğunsuzluğu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69122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Müxtəlif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platformalarda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düzgün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mənbəni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1CDCD40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305A31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440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4DA31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7649A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Platforma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təchizatçısının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seçilməsi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7F44A2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Yeni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xidmət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seçərkən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məxfilik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rahatlığı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xərci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qiymətləndirərdiniz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61EB0D7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F47FFA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441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2820D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681546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Sistem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dayanması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kommunikasiya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8F4A3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platforma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işləmədikdə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valideynləri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məlumatlandırmaq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alternativ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axınına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təşkil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F6F4F95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272FCE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442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05DDB4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B1074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İşdən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ayrılan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hesabları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171379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ayrıldıqda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faylları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giriş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səlahiyyətləri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edilməlidir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B91E5F3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C4D074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443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1C453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19851C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Hesabların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həyat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dövrü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872B3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Yeni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istifadəçi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açılması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səlahiyyətinin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dəyişdirilməsi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bağlanması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prosesini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standartlaşdırardınız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D82D191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72F769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444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E64EF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70ED3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Kiberbullinq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sübutlarının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qorunması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F4A393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Onlayn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təhqir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təhdidlə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bağlı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ekran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görüntüsü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digər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sübutları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toplamaq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lazımdır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E62EE3E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AEA3E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445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D2DB6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0384D1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razılaşdırma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AF1840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Elektron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müraciət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sənədlərin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tərəfindən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baxıldığını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təsdiqləndiyini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icra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olunduğunu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izləyərdiniz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9B75BF0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45A710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446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ADFAD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97D154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Dərsdinləmədə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A4F77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Dərsdinləmə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qeydlərini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rəqəmsallaşdırarkən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məxfiliyini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faydalı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uzlaşdırardınız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4D105B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A4EE4B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447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AA561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B4AC7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Texniki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dəstək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müraciətləri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249D08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Avadanlıq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proqram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problemlərinin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itirilmədən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qeydiyyatı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prioritet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müraciət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sistemini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249155B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1D5D67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448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3914CB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38551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Ümumi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sahibolma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xərci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24C93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avadanlıq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alarkən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qiymətlə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yanaşı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xidmət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təmir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lisenziya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yenilənmə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xərclərini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hesablayardınız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D05C41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C528F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449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C23F1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FB0C4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yetkinliyin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qiymətləndirilməsi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612DF1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səviyyəsini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infrastruktur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bacarıq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təhlükəsizlik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ölçərdiniz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692B45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140391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450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DAEA9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9.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texnoloji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(Artan)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46593E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dəyişikliklərin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yol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xəritəsi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7E77C2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birillik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xəritəsində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mərhələlər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olmalıdır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</w:tbl>
    <w:p w14:paraId="5AE3D9AA" w14:textId="77777777" w:rsidR="006144B0" w:rsidRDefault="006144B0" w:rsidP="006144B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CA30E8D" w14:textId="77777777" w:rsidR="005901E5" w:rsidRPr="005901E5" w:rsidRDefault="005901E5" w:rsidP="005901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01E5">
        <w:rPr>
          <w:rFonts w:ascii="Times New Roman" w:hAnsi="Times New Roman" w:cs="Times New Roman"/>
          <w:b/>
          <w:bCs/>
          <w:sz w:val="28"/>
          <w:szCs w:val="28"/>
          <w:lang w:val="en-US"/>
        </w:rPr>
        <w:t>QEYD :</w:t>
      </w:r>
      <w:r w:rsidRPr="005901E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Müsahibədə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rastgəlmə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tezliyi</w:t>
      </w:r>
      <w:proofErr w:type="spellEnd"/>
    </w:p>
    <w:p w14:paraId="467229B7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demək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olar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ki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əksər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mövzudan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sual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verilir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4B719F0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əsas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mövzularındandır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1F6AD878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hazırda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dövrdə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əhəmiyyəti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artır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0FF239F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əvvəl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az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soruşulurdu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lakin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yer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almağa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sz w:val="28"/>
          <w:szCs w:val="28"/>
        </w:rPr>
        <w:t>başlayıb</w:t>
      </w:r>
      <w:proofErr w:type="spellEnd"/>
      <w:r w:rsidRPr="005901E5">
        <w:rPr>
          <w:rFonts w:ascii="Times New Roman" w:hAnsi="Times New Roman" w:cs="Times New Roman"/>
          <w:b/>
          <w:sz w:val="28"/>
          <w:szCs w:val="28"/>
        </w:rPr>
        <w:t>.</w:t>
      </w:r>
    </w:p>
    <w:p w14:paraId="2498DA74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29307289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10A21698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5E3ADB40" w14:textId="77777777" w:rsidR="006144B0" w:rsidRPr="005901E5" w:rsidRDefault="006144B0" w:rsidP="006144B0">
      <w:pPr>
        <w:rPr>
          <w:rFonts w:ascii="Times New Roman" w:hAnsi="Times New Roman" w:cs="Times New Roman"/>
          <w:b/>
          <w:sz w:val="28"/>
          <w:szCs w:val="28"/>
        </w:rPr>
      </w:pPr>
    </w:p>
    <w:p w14:paraId="1A090C68" w14:textId="77777777" w:rsidR="005901E5" w:rsidRDefault="005901E5" w:rsidP="006144B0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651D5514" w14:textId="64E75732" w:rsidR="006144B0" w:rsidRPr="005901E5" w:rsidRDefault="006144B0" w:rsidP="006144B0">
      <w:pPr>
        <w:rPr>
          <w:rFonts w:ascii="Times New Roman" w:hAnsi="Times New Roman" w:cs="Times New Roman"/>
          <w:sz w:val="28"/>
          <w:szCs w:val="28"/>
          <w:lang w:val="az-Latn-AZ"/>
        </w:rPr>
      </w:pPr>
      <w:r w:rsidRPr="005901E5">
        <w:rPr>
          <w:rFonts w:ascii="Times New Roman" w:hAnsi="Times New Roman" w:cs="Times New Roman"/>
          <w:b/>
          <w:sz w:val="28"/>
          <w:szCs w:val="28"/>
          <w:lang w:val="az-Latn-AZ"/>
        </w:rPr>
        <w:lastRenderedPageBreak/>
        <w:t xml:space="preserve">10. Özünütəqdimetmə, peşəkar inkişaf və şəxsi liderlik   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3096"/>
        <w:gridCol w:w="4536"/>
        <w:gridCol w:w="7416"/>
      </w:tblGrid>
      <w:tr w:rsidR="006144B0" w:rsidRPr="006144B0" w14:paraId="741E6283" w14:textId="77777777" w:rsidTr="002327A5">
        <w:trPr>
          <w:tblHeader/>
          <w:jc w:val="center"/>
        </w:trPr>
        <w:tc>
          <w:tcPr>
            <w:tcW w:w="792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55DA8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Sıra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№</w:t>
            </w:r>
          </w:p>
        </w:tc>
        <w:tc>
          <w:tcPr>
            <w:tcW w:w="309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AE177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Mövzu</w:t>
            </w:r>
            <w:proofErr w:type="spellEnd"/>
          </w:p>
        </w:tc>
        <w:tc>
          <w:tcPr>
            <w:tcW w:w="453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C7B5B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Müsahibədə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yoxlanılan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cəhət</w:t>
            </w:r>
            <w:proofErr w:type="spellEnd"/>
          </w:p>
        </w:tc>
        <w:tc>
          <w:tcPr>
            <w:tcW w:w="7416" w:type="dxa"/>
            <w:shd w:val="clear" w:color="auto" w:fill="16653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939DE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Sual</w:t>
            </w:r>
          </w:p>
        </w:tc>
      </w:tr>
      <w:tr w:rsidR="006144B0" w:rsidRPr="00492B41" w14:paraId="5D2C43F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B63E7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451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6883EC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3DCBA9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özünütəqdimetmə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5F0424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Özünüzü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iki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dəqiqə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ərzində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vəzifəyə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uyğun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namizəd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təqdim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5E363FF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63812D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452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03810E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ED7AB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Vəzifəyə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motivasiya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E89573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direktoru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direktor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müavini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istəyirsiniz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F4231BC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7FFC0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453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F3D8C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4D0347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Güclü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tərəflərin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əsaslandırılması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279A1D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Bu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vəzifədə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sizə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üstünlük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verəcək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güclü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tərəfinizi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konkret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nümunələrlə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izah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.</w:t>
            </w:r>
          </w:p>
        </w:tc>
      </w:tr>
      <w:tr w:rsidR="006144B0" w:rsidRPr="00492B41" w14:paraId="1F23BAC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7ACC8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454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05C2C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30DC3F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ehtiyacının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dərk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edilməsi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224217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fəaliyyətinizdə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etdirməli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olduğunuz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cəhət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bunun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üzərində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işləyirsiniz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0A6EAEF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8C220A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455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A6B091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47DB0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təcrübəsi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AAB173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Komandanı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ortaq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məqsəd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ətrafında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birləşdirdiyiniz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konkret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təsvir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.</w:t>
            </w:r>
          </w:p>
        </w:tc>
      </w:tr>
      <w:tr w:rsidR="006144B0" w:rsidRPr="00492B41" w14:paraId="081001A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E8F84A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456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E0CC7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511CA3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Uğursuzluqdan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öyrənmə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6885AC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Uğursuz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nəticələnmiş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təşəbbüsünüzü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təcrübədən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öyrəndiyinizi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izah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.</w:t>
            </w:r>
          </w:p>
        </w:tc>
      </w:tr>
      <w:tr w:rsidR="006144B0" w:rsidRPr="00492B41" w14:paraId="2D6EAC3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1C49C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457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47E0A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83A80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Münaqişə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təcrübəsi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D1607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həyatınızda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etdiyiniz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mürəkkəb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münaqişəni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etdiyiniz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yanaşmanı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təqdim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.</w:t>
            </w:r>
          </w:p>
        </w:tc>
      </w:tr>
      <w:tr w:rsidR="006144B0" w:rsidRPr="00492B41" w14:paraId="71674B45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9D1A4E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458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B0137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E7F5D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əsaslanan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nailiyyət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CE9CE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etməklə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yaxşılaşdırdığınız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konkret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izah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.</w:t>
            </w:r>
          </w:p>
        </w:tc>
      </w:tr>
      <w:tr w:rsidR="006144B0" w:rsidRPr="00492B41" w14:paraId="5918EF03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BF9D1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459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FA3B1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9BADDD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təcrübəsi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0DD692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etdiyiniz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əsaslandırdığınızı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danışın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.</w:t>
            </w:r>
          </w:p>
        </w:tc>
      </w:tr>
      <w:tr w:rsidR="006144B0" w:rsidRPr="00492B41" w14:paraId="5C762739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96361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460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9A698D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42C46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dəyərlər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74874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heç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güzəştə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getməyəcəyiniz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hansıdır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C3FA89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BCBA8A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461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F11B43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53B2F2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İlk 90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planı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8D5D4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Seçildiyiniz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halda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ilk 90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planlaşdırırsınız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A631F73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134374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462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3940A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72712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seçiminin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əsaslandırılması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76AE1B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Məhz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istəyinizi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ehtiyacları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əlaqələndirirsiniz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30458A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7BA480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463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06B33A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A95D1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Təzyiq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altında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fəaliyyət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B6529E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Eyni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neçə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təcili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yarandıqda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stres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edirsiniz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09672D4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8C9811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464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56AABC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84C037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Fərdi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planı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72E91A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Növbəti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il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planınızda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hədəflər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alır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1680412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6C033F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465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695610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B7C6B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Geribildirimi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etmək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4E783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Haqqınızda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verilmiş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faydalı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geribildirimi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qəbul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fəaliyyətinizə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etmisiniz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FC4945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70F1B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466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DF4F44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4B639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Vaxtın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olunması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395D7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Gündəlik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strateji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arxa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plana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keçirməməsi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vaxtınızı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planlaşdırırsınız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5341048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37BF19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467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F1522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8E88F0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etibarlılığı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C3237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Kollektiv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nüfuz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etibarlılığı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davranışlarla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formalaşdırırsınız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7F2FA6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961467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468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3D81DF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01659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Yenilikçilik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nümunəsi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A23C5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İşinizdə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etdiyiniz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real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yeniliyi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təsvir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.</w:t>
            </w:r>
          </w:p>
        </w:tc>
      </w:tr>
      <w:tr w:rsidR="006144B0" w:rsidRPr="00492B41" w14:paraId="32DA5F2A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F7D1ED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469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E157E7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A0887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davranış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nümunəsi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9F5DB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cəhətdən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prinsipial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mövqe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tutduğunuz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nümunəni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izah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.</w:t>
            </w:r>
          </w:p>
        </w:tc>
      </w:tr>
      <w:tr w:rsidR="006144B0" w:rsidRPr="00492B41" w14:paraId="0691BEA9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819E8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470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DAAA94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2E0BA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Nailiyyətin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ölçülməsi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81B1E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mühüm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nailiyyətinizi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konkret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əsaslandırırsınız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4485DE0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04C1C8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471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EF5DA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3E8BE1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Komanda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qurmaq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bacarığı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D22E5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xarakter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təcrübəyə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malik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səmərəli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komanda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qurmusunuz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07E04D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74642E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472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815A6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75197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Karyera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istiqaməti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5600A7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Beş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sonra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fəaliyyətinizi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səviyyədə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görürsünüz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vəzifə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həmin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istiqamətə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xidmət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63D54EB0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8D94B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473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8FD33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7A642B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Rolların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fərqləndirilməsi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05B263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Direktor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direktor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müavininin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məsuliyyətləri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fərqi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izah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82ECA20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9389FD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474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57BB4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B8DFB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Komissiyaya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təqdim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ediləcək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əlavə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6B8DE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Komissiyanın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sizin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haqqınızda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verərkən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bilməli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olduğu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qeyd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etmədiyiniz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mühüm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cəhət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var?</w:t>
            </w:r>
          </w:p>
        </w:tc>
      </w:tr>
      <w:tr w:rsidR="006144B0" w:rsidRPr="00492B41" w14:paraId="0FA49E9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60D223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475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0E663B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18CEF4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Yekun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mövqeyi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6C4314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məhz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vəzifəyə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seçməliyik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konkret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gətirəcəksiniz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ACAC781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9648FC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476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EC6A0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ABA8B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sübut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portfeli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574541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Müsahibə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komissiyasına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bacarıqlarınızı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konkret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sübutları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təqdim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1A91A26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0546ED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477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2CF2D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6C050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Məktəb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probleminin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ilkin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diaqnozu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0ACEB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Müraciət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etdiyiniz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məktəbin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mühüm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ehtiyacını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açıq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məlumatlara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müəyyənləşdirmisiniz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15DDD0C9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5CEB3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478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B8546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C8BC35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İlk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görüşlərin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planı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8D105F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Vəzifəyə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başladıqda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ilk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olaraq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kimlərlə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görüşər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görüşdə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məlumatı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toplamaq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istəyərdiniz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DD678DE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99F678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479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3530B2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3DF5C5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Dəyərlər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münaqişəsi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təcrübəsi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E63D9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rahatlığınızla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dəyəriniz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seçim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etdiyiniz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təsvir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.</w:t>
            </w:r>
          </w:p>
        </w:tc>
      </w:tr>
      <w:tr w:rsidR="006144B0" w:rsidRPr="00492B41" w14:paraId="3DCCC59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7E7A56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480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CC1489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09CEF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Həvaləetmə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ehtiyacı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95505D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tapşırıqları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başqasına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həvalə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etməkdə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çətinlik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çəkirsiniz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bacarığı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etdirirsiniz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73FF534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3C61C0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481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2F473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ACCB64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Mentordan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öyrənmə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A79370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fəaliyyətinizə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çox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mentordan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dərsi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öyrənmisiniz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653D5E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AED5E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482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D51159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AB6733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oxu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araşdırma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vərdişi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6EB64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Təhsil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idarəçiliyi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yeni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bilikləri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mənbələrdən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əldə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praktikaya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tətbiq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edirsiniz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FF716F0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42C2E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483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3C280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D7938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İctimai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çıxış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inkişaf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843113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Böyük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auditoriya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çıxış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zamanı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çətinliyinizi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nitqinizi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hazırlayırsınız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00EE55F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537A70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484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30F164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D662C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Məlumat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savadlılığı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F97727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Cədvəl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göstəricilərdə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yanlış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gətirə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biləcək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məqamları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yoxlayırsınız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20FEC477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82328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485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BD8FD5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E7B06E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hazırlığı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0C5D81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Rəqəmsal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üzrə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özünüzü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sahədə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güclü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sahədə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ehtiyacı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edirsiniz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EDB4F9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8C3DD3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486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0AC54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3FDC8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bilik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boşluğunun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FC4B2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Cavabını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dəqiq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bilmədiyiniz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hüquqi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məsələ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qarşılaşdıqda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davranırsınız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48E49775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8A01F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487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F7A48F4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4DABE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Çoxsaylı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rolların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balansı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C7BE8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müəllim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dinləyici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qərarverici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rolları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arasında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keçidi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edirsiniz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4296656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493449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488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0BBFE1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70FCE5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Çətin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geribildirim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təcrübəsi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46C91F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geribildirim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verdiyiniz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vəziyyəti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təsvir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.</w:t>
            </w:r>
          </w:p>
        </w:tc>
      </w:tr>
      <w:tr w:rsidR="006144B0" w:rsidRPr="00492B41" w14:paraId="298002C3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347B96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489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1A054D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EE2E32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Başqasının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inkişafına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təsir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131AB2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Bir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konkret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olaraq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kömək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etdiyinizə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nümunə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.</w:t>
            </w:r>
          </w:p>
        </w:tc>
      </w:tr>
      <w:tr w:rsidR="006144B0" w:rsidRPr="00492B41" w14:paraId="00C775D0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EF6B58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490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99EC8D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B8BE74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Dayandırılmış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təşəbbüs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1345C5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Başladığınız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lakin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səmərəsiz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olduğu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dayandırdığınız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işi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səbəbini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izah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.</w:t>
            </w:r>
          </w:p>
        </w:tc>
      </w:tr>
      <w:tr w:rsidR="006144B0" w:rsidRPr="00492B41" w14:paraId="0F36942D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FF57F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491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4DDBF4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9FFB61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Tənqidə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reaksiya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1F8C1F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Haqqınızda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ədalətsiz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hesab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etdiyiniz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tənqidə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reaksiya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vermisiniz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A7DAC1D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BDF3B9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492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DFE075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56D702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qərəzin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idarəsi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273407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Qərarlarınıza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biləcək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qərəzlərinizi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müəyyənləşdirir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azaldırsınız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E1A01FA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240B0E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493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6D0262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A54668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Yerinə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yetirilməmiş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hədəfə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məsuliyyət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12EE615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Komandanız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nəzərdə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tutulan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nəticəyə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çatmadıqda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məsuliyyətinizi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ifadə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304D62EE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6CAC1D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494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B7A3B47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B40F028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Yaxın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münasibətdə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etik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sərhəd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549EE7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Yaxın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tanışınız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dostunuzla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bağlı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idarəetmə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verməli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olsanız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qərəzsizliyi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qoruyardınız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A2A5414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3D9244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495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52374C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920479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Kollektivin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təsviri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6670B53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Əvvəlki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əməkdaşlarınız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sizin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güclü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çətin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tərəfinizi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necə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təsvir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0775EB7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4E876CE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496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5229A4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B85365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Şagirdlərin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təsviri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0816E7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Şagirdlər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rəhbər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kimi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sizin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davranışınız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deyərdilər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bunu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nümunə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əsaslandırırsınız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FB84F0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E794EA5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497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ECB162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01E7BD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Qərarvermə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üslubu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C80AEA2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Təkbaşına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məsləhətləşərək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komanda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qərar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vermə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üsullarından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zaman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seçirsiniz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7F3D8A68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5CBD632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498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89219F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7FC4060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fəlsəfəsinin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dəyişməsi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33E7C91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təcrübə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nəticəsində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barədə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əvvəlki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fikriniz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dəyişib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0CBE2D8B" w14:textId="77777777" w:rsidTr="002327A5">
        <w:trPr>
          <w:cantSplit/>
          <w:jc w:val="center"/>
        </w:trPr>
        <w:tc>
          <w:tcPr>
            <w:tcW w:w="792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F3BFC6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499</w:t>
            </w:r>
          </w:p>
        </w:tc>
        <w:tc>
          <w:tcPr>
            <w:tcW w:w="309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001102D9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27A6F24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Davamlı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yaxşılaşma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sübutu</w:t>
            </w:r>
            <w:proofErr w:type="spellEnd"/>
          </w:p>
        </w:tc>
        <w:tc>
          <w:tcPr>
            <w:tcW w:w="7416" w:type="dxa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AAA925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Son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iki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ildə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fəaliyyətinizdə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ölçülə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bilən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yaxşılaşmanı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yaratmısınız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  <w:tr w:rsidR="006144B0" w:rsidRPr="00492B41" w14:paraId="54E269C0" w14:textId="77777777" w:rsidTr="002327A5">
        <w:trPr>
          <w:cantSplit/>
          <w:jc w:val="center"/>
        </w:trPr>
        <w:tc>
          <w:tcPr>
            <w:tcW w:w="792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76E5D79A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500</w:t>
            </w:r>
          </w:p>
        </w:tc>
        <w:tc>
          <w:tcPr>
            <w:tcW w:w="309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6A8D324B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10.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Özünütəqdimetmə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,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peşəkar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inkişaf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və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şəxsi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liderlik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br/>
              <w:t>(Yüksək)</w:t>
            </w:r>
          </w:p>
        </w:tc>
        <w:tc>
          <w:tcPr>
            <w:tcW w:w="453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45CF511F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Bir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dəqiqəlik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yekun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  <w:t>təqdimat</w:t>
            </w:r>
            <w:proofErr w:type="spellEnd"/>
          </w:p>
        </w:tc>
        <w:tc>
          <w:tcPr>
            <w:tcW w:w="7416" w:type="dxa"/>
            <w:shd w:val="clear" w:color="auto" w:fill="F7FAF7"/>
            <w:tcMar>
              <w:top w:w="18" w:type="dxa"/>
              <w:left w:w="42" w:type="dxa"/>
              <w:bottom w:w="18" w:type="dxa"/>
              <w:right w:w="42" w:type="dxa"/>
            </w:tcMar>
          </w:tcPr>
          <w:p w14:paraId="3D67DEFD" w14:textId="77777777" w:rsidR="006144B0" w:rsidRPr="006144B0" w:rsidRDefault="006144B0" w:rsidP="006144B0">
            <w:pPr>
              <w:spacing w:after="160" w:line="278" w:lineRule="auto"/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Komissiyaya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son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bir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dəqiqədə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sizi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seçmək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üçün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hansı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üç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əsas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sübutu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təqdim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edərdiniz</w:t>
            </w:r>
            <w:proofErr w:type="spellEnd"/>
            <w:r w:rsidRPr="006144B0">
              <w:rPr>
                <w:rFonts w:ascii="Times New Roman" w:eastAsiaTheme="minorHAnsi" w:hAnsi="Times New Roman" w:cs="Times New Roman"/>
                <w:b/>
                <w:bCs/>
                <w:kern w:val="2"/>
                <w14:ligatures w14:val="standardContextual"/>
              </w:rPr>
              <w:t>?</w:t>
            </w:r>
          </w:p>
        </w:tc>
      </w:tr>
    </w:tbl>
    <w:p w14:paraId="0CFFBC6D" w14:textId="77777777" w:rsidR="006144B0" w:rsidRPr="006144B0" w:rsidRDefault="006144B0" w:rsidP="006144B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290E7D9" w14:textId="13C237FF" w:rsidR="005901E5" w:rsidRPr="005901E5" w:rsidRDefault="005901E5" w:rsidP="005901E5">
      <w:pPr>
        <w:rPr>
          <w:rFonts w:ascii="Times New Roman" w:hAnsi="Times New Roman" w:cs="Times New Roman"/>
          <w:b/>
          <w:bCs/>
        </w:rPr>
      </w:pPr>
      <w:bookmarkStart w:id="0" w:name="_Hlk236563767"/>
      <w:r w:rsidRPr="005901E5">
        <w:rPr>
          <w:rFonts w:ascii="Times New Roman" w:hAnsi="Times New Roman" w:cs="Times New Roman"/>
          <w:b/>
          <w:bCs/>
          <w:sz w:val="28"/>
          <w:szCs w:val="28"/>
          <w:lang w:val="en-US"/>
        </w:rPr>
        <w:t>QEYD 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r w:rsidRPr="005901E5">
        <w:rPr>
          <w:rFonts w:ascii="Times New Roman" w:hAnsi="Times New Roman" w:cs="Times New Roman"/>
          <w:b/>
          <w:bCs/>
        </w:rPr>
        <w:t>Müsahibədə</w:t>
      </w:r>
      <w:proofErr w:type="spellEnd"/>
      <w:r w:rsidRPr="005901E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</w:rPr>
        <w:t>rastgəlmə</w:t>
      </w:r>
      <w:proofErr w:type="spellEnd"/>
      <w:r w:rsidRPr="005901E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</w:rPr>
        <w:t>tezliyi</w:t>
      </w:r>
      <w:proofErr w:type="spellEnd"/>
    </w:p>
    <w:p w14:paraId="5C1B3357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demək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olar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əksər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mövzudan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sual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8D83B3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müsahibə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mövzularındandır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021D81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Yüksək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hazırda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tez-tez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soruşulur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dövrdə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əhəmiyyəti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artır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32AF88" w14:textId="77777777" w:rsidR="005901E5" w:rsidRPr="005901E5" w:rsidRDefault="005901E5" w:rsidP="005901E5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901E5">
        <w:rPr>
          <w:rFonts w:ascii="Times New Roman" w:hAnsi="Times New Roman" w:cs="Times New Roman"/>
          <w:b/>
          <w:bCs/>
          <w:sz w:val="28"/>
          <w:szCs w:val="28"/>
        </w:rPr>
        <w:t>Artan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əvvəl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soruşulurdu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son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müsahibələrdə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yer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almağa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1E5">
        <w:rPr>
          <w:rFonts w:ascii="Times New Roman" w:hAnsi="Times New Roman" w:cs="Times New Roman"/>
          <w:sz w:val="28"/>
          <w:szCs w:val="28"/>
        </w:rPr>
        <w:t>başlayıb</w:t>
      </w:r>
      <w:proofErr w:type="spellEnd"/>
      <w:r w:rsidRPr="005901E5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12A7792C" w14:textId="4184F429" w:rsidR="00E15FCC" w:rsidRPr="005901E5" w:rsidRDefault="00E15FCC" w:rsidP="00E15FCC">
      <w:pPr>
        <w:rPr>
          <w:rFonts w:ascii="Times New Roman" w:hAnsi="Times New Roman" w:cs="Times New Roman"/>
          <w:sz w:val="28"/>
          <w:szCs w:val="28"/>
        </w:rPr>
      </w:pPr>
    </w:p>
    <w:sectPr w:rsidR="00E15FCC" w:rsidRPr="005901E5" w:rsidSect="006144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284" w:bottom="282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0FD99" w14:textId="77777777" w:rsidR="007F7DC3" w:rsidRDefault="007F7DC3" w:rsidP="00306746">
      <w:pPr>
        <w:spacing w:after="0" w:line="240" w:lineRule="auto"/>
      </w:pPr>
      <w:r>
        <w:separator/>
      </w:r>
    </w:p>
  </w:endnote>
  <w:endnote w:type="continuationSeparator" w:id="0">
    <w:p w14:paraId="3BC6CA75" w14:textId="77777777" w:rsidR="007F7DC3" w:rsidRDefault="007F7DC3" w:rsidP="0030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EFE75" w14:textId="77777777" w:rsidR="00306746" w:rsidRDefault="00306746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465F3" w14:textId="77777777" w:rsidR="00306746" w:rsidRDefault="00306746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C90A7" w14:textId="77777777" w:rsidR="00306746" w:rsidRDefault="0030674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AA3D" w14:textId="77777777" w:rsidR="007F7DC3" w:rsidRDefault="007F7DC3" w:rsidP="00306746">
      <w:pPr>
        <w:spacing w:after="0" w:line="240" w:lineRule="auto"/>
      </w:pPr>
      <w:r>
        <w:separator/>
      </w:r>
    </w:p>
  </w:footnote>
  <w:footnote w:type="continuationSeparator" w:id="0">
    <w:p w14:paraId="782BB1A2" w14:textId="77777777" w:rsidR="007F7DC3" w:rsidRDefault="007F7DC3" w:rsidP="00306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2357D" w14:textId="1A62A3F9" w:rsidR="00306746" w:rsidRDefault="00492B41">
    <w:pPr>
      <w:pStyle w:val="ae"/>
    </w:pPr>
    <w:r>
      <w:rPr>
        <w:noProof/>
      </w:rPr>
      <w:pict w14:anchorId="55393A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502391" o:spid="_x0000_s1026" type="#_x0000_t75" style="position:absolute;margin-left:0;margin-top:0;width:768pt;height:16in;z-index:-251657216;mso-position-horizontal:center;mso-position-horizontal-relative:margin;mso-position-vertical:center;mso-position-vertical-relative:margin" o:allowincell="f">
          <v:imagedata r:id="rId1" o:title="LOGO 7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5160679"/>
      <w:docPartObj>
        <w:docPartGallery w:val="Page Numbers (Top of Page)"/>
        <w:docPartUnique/>
      </w:docPartObj>
    </w:sdtPr>
    <w:sdtEndPr/>
    <w:sdtContent>
      <w:p w14:paraId="2DAF0CEE" w14:textId="0F93D4A1" w:rsidR="00306746" w:rsidRDefault="00492B41">
        <w:pPr>
          <w:pStyle w:val="ae"/>
          <w:jc w:val="center"/>
        </w:pPr>
        <w:r>
          <w:rPr>
            <w:noProof/>
          </w:rPr>
          <w:pict w14:anchorId="3550DBA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19502392" o:spid="_x0000_s1027" type="#_x0000_t75" style="position:absolute;left:0;text-align:left;margin-left:0;margin-top:0;width:768pt;height:16in;z-index:-251656192;mso-position-horizontal:center;mso-position-horizontal-relative:margin;mso-position-vertical:center;mso-position-vertical-relative:margin" o:allowincell="f">
              <v:imagedata r:id="rId1" o:title="LOGO 7" gain="19661f" blacklevel="22938f"/>
              <w10:wrap anchorx="margin" anchory="margin"/>
            </v:shape>
          </w:pict>
        </w:r>
        <w:r w:rsidR="00306746">
          <w:fldChar w:fldCharType="begin"/>
        </w:r>
        <w:r w:rsidR="00306746">
          <w:instrText>PAGE   \* MERGEFORMAT</w:instrText>
        </w:r>
        <w:r w:rsidR="00306746">
          <w:fldChar w:fldCharType="separate"/>
        </w:r>
        <w:r w:rsidR="00306746">
          <w:t>2</w:t>
        </w:r>
        <w:r w:rsidR="00306746">
          <w:fldChar w:fldCharType="end"/>
        </w:r>
      </w:p>
    </w:sdtContent>
  </w:sdt>
  <w:p w14:paraId="55395046" w14:textId="77777777" w:rsidR="00306746" w:rsidRDefault="00306746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7BD48" w14:textId="10C62379" w:rsidR="00306746" w:rsidRDefault="00492B41">
    <w:pPr>
      <w:pStyle w:val="ae"/>
    </w:pPr>
    <w:r>
      <w:rPr>
        <w:noProof/>
      </w:rPr>
      <w:pict w14:anchorId="1C4B93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502390" o:spid="_x0000_s1025" type="#_x0000_t75" style="position:absolute;margin-left:0;margin-top:0;width:768pt;height:16in;z-index:-251658240;mso-position-horizontal:center;mso-position-horizontal-relative:margin;mso-position-vertical:center;mso-position-vertical-relative:margin" o:allowincell="f">
          <v:imagedata r:id="rId1" o:title="LOGO 7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F8604C"/>
    <w:multiLevelType w:val="multilevel"/>
    <w:tmpl w:val="0338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6A149C"/>
    <w:multiLevelType w:val="multilevel"/>
    <w:tmpl w:val="3FF27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6578728">
    <w:abstractNumId w:val="10"/>
  </w:num>
  <w:num w:numId="2" w16cid:durableId="1979990402">
    <w:abstractNumId w:val="8"/>
  </w:num>
  <w:num w:numId="3" w16cid:durableId="1932272881">
    <w:abstractNumId w:val="6"/>
  </w:num>
  <w:num w:numId="4" w16cid:durableId="1825850818">
    <w:abstractNumId w:val="5"/>
  </w:num>
  <w:num w:numId="5" w16cid:durableId="1639533067">
    <w:abstractNumId w:val="4"/>
  </w:num>
  <w:num w:numId="6" w16cid:durableId="325286345">
    <w:abstractNumId w:val="7"/>
  </w:num>
  <w:num w:numId="7" w16cid:durableId="517425242">
    <w:abstractNumId w:val="3"/>
  </w:num>
  <w:num w:numId="8" w16cid:durableId="1008216146">
    <w:abstractNumId w:val="2"/>
  </w:num>
  <w:num w:numId="9" w16cid:durableId="1407267993">
    <w:abstractNumId w:val="1"/>
  </w:num>
  <w:num w:numId="10" w16cid:durableId="775246316">
    <w:abstractNumId w:val="0"/>
  </w:num>
  <w:num w:numId="11" w16cid:durableId="21076549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48"/>
    <w:rsid w:val="0007217B"/>
    <w:rsid w:val="000B2E81"/>
    <w:rsid w:val="000D40E5"/>
    <w:rsid w:val="000F523E"/>
    <w:rsid w:val="00193D05"/>
    <w:rsid w:val="00256DFF"/>
    <w:rsid w:val="00306746"/>
    <w:rsid w:val="003079F9"/>
    <w:rsid w:val="004154A4"/>
    <w:rsid w:val="00431813"/>
    <w:rsid w:val="00492B41"/>
    <w:rsid w:val="0058537B"/>
    <w:rsid w:val="005901E5"/>
    <w:rsid w:val="006144B0"/>
    <w:rsid w:val="00686648"/>
    <w:rsid w:val="006D4E52"/>
    <w:rsid w:val="007126F0"/>
    <w:rsid w:val="00722D93"/>
    <w:rsid w:val="00753004"/>
    <w:rsid w:val="007F7DC3"/>
    <w:rsid w:val="008C548A"/>
    <w:rsid w:val="00924EC2"/>
    <w:rsid w:val="00971F9B"/>
    <w:rsid w:val="00A3608F"/>
    <w:rsid w:val="00AF2659"/>
    <w:rsid w:val="00AF3957"/>
    <w:rsid w:val="00AF4F2A"/>
    <w:rsid w:val="00B62601"/>
    <w:rsid w:val="00BC6BB2"/>
    <w:rsid w:val="00BF05B5"/>
    <w:rsid w:val="00CD087E"/>
    <w:rsid w:val="00D36FBF"/>
    <w:rsid w:val="00D548E2"/>
    <w:rsid w:val="00D812EB"/>
    <w:rsid w:val="00E05F99"/>
    <w:rsid w:val="00E15FCC"/>
    <w:rsid w:val="00E7599B"/>
    <w:rsid w:val="00F7336D"/>
    <w:rsid w:val="00FD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005F3"/>
  <w15:chartTrackingRefBased/>
  <w15:docId w15:val="{2FE15158-ABAB-4036-B9E4-ABB66D15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686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1">
    <w:name w:val="heading 2"/>
    <w:basedOn w:val="a1"/>
    <w:next w:val="a1"/>
    <w:link w:val="22"/>
    <w:uiPriority w:val="9"/>
    <w:unhideWhenUsed/>
    <w:qFormat/>
    <w:rsid w:val="00686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1">
    <w:name w:val="heading 3"/>
    <w:basedOn w:val="a1"/>
    <w:next w:val="a1"/>
    <w:link w:val="32"/>
    <w:uiPriority w:val="9"/>
    <w:unhideWhenUsed/>
    <w:qFormat/>
    <w:rsid w:val="006866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86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866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6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86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86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86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866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2">
    <w:name w:val="Заголовок 2 Знак"/>
    <w:basedOn w:val="a2"/>
    <w:link w:val="21"/>
    <w:uiPriority w:val="9"/>
    <w:rsid w:val="006866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2">
    <w:name w:val="Заголовок 3 Знак"/>
    <w:basedOn w:val="a2"/>
    <w:link w:val="31"/>
    <w:uiPriority w:val="9"/>
    <w:rsid w:val="006866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6866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6866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6866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6866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6866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686648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686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2"/>
    <w:link w:val="a5"/>
    <w:uiPriority w:val="10"/>
    <w:rsid w:val="00686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686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2"/>
    <w:link w:val="a7"/>
    <w:uiPriority w:val="11"/>
    <w:rsid w:val="00686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1"/>
    <w:next w:val="a1"/>
    <w:link w:val="24"/>
    <w:uiPriority w:val="29"/>
    <w:qFormat/>
    <w:rsid w:val="00686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2"/>
    <w:link w:val="23"/>
    <w:uiPriority w:val="29"/>
    <w:rsid w:val="00686648"/>
    <w:rPr>
      <w:i/>
      <w:iCs/>
      <w:color w:val="404040" w:themeColor="text1" w:themeTint="BF"/>
    </w:rPr>
  </w:style>
  <w:style w:type="paragraph" w:styleId="a9">
    <w:name w:val="List Paragraph"/>
    <w:basedOn w:val="a1"/>
    <w:uiPriority w:val="34"/>
    <w:qFormat/>
    <w:rsid w:val="00686648"/>
    <w:pPr>
      <w:ind w:left="720"/>
      <w:contextualSpacing/>
    </w:pPr>
  </w:style>
  <w:style w:type="character" w:styleId="aa">
    <w:name w:val="Intense Emphasis"/>
    <w:basedOn w:val="a2"/>
    <w:uiPriority w:val="21"/>
    <w:qFormat/>
    <w:rsid w:val="00686648"/>
    <w:rPr>
      <w:i/>
      <w:iCs/>
      <w:color w:val="2F5496" w:themeColor="accent1" w:themeShade="BF"/>
    </w:rPr>
  </w:style>
  <w:style w:type="paragraph" w:styleId="ab">
    <w:name w:val="Intense Quote"/>
    <w:basedOn w:val="a1"/>
    <w:next w:val="a1"/>
    <w:link w:val="ac"/>
    <w:uiPriority w:val="30"/>
    <w:qFormat/>
    <w:rsid w:val="006866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2"/>
    <w:link w:val="ab"/>
    <w:uiPriority w:val="30"/>
    <w:rsid w:val="00686648"/>
    <w:rPr>
      <w:i/>
      <w:iCs/>
      <w:color w:val="2F5496" w:themeColor="accent1" w:themeShade="BF"/>
    </w:rPr>
  </w:style>
  <w:style w:type="character" w:styleId="ad">
    <w:name w:val="Intense Reference"/>
    <w:basedOn w:val="a2"/>
    <w:uiPriority w:val="32"/>
    <w:qFormat/>
    <w:rsid w:val="0068664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1"/>
    <w:link w:val="af"/>
    <w:uiPriority w:val="99"/>
    <w:unhideWhenUsed/>
    <w:rsid w:val="00306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2"/>
    <w:link w:val="ae"/>
    <w:uiPriority w:val="99"/>
    <w:rsid w:val="00306746"/>
  </w:style>
  <w:style w:type="paragraph" w:styleId="af0">
    <w:name w:val="footer"/>
    <w:basedOn w:val="a1"/>
    <w:link w:val="af1"/>
    <w:uiPriority w:val="99"/>
    <w:unhideWhenUsed/>
    <w:rsid w:val="00306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2"/>
    <w:link w:val="af0"/>
    <w:uiPriority w:val="99"/>
    <w:rsid w:val="00306746"/>
  </w:style>
  <w:style w:type="paragraph" w:styleId="af2">
    <w:name w:val="Normal (Web)"/>
    <w:basedOn w:val="a1"/>
    <w:uiPriority w:val="99"/>
    <w:semiHidden/>
    <w:unhideWhenUsed/>
    <w:rsid w:val="000D40E5"/>
    <w:rPr>
      <w:rFonts w:ascii="Times New Roman" w:hAnsi="Times New Roman" w:cs="Times New Roman"/>
    </w:rPr>
  </w:style>
  <w:style w:type="paragraph" w:styleId="af3">
    <w:name w:val="No Spacing"/>
    <w:uiPriority w:val="1"/>
    <w:qFormat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af4">
    <w:name w:val="Body Text"/>
    <w:basedOn w:val="a1"/>
    <w:link w:val="af5"/>
    <w:uiPriority w:val="99"/>
    <w:unhideWhenUsed/>
    <w:rsid w:val="006144B0"/>
    <w:pPr>
      <w:spacing w:after="120" w:line="240" w:lineRule="auto"/>
    </w:pPr>
    <w:rPr>
      <w:rFonts w:ascii="Arial" w:eastAsia="Arial" w:hAnsi="Arial"/>
      <w:kern w:val="0"/>
      <w:sz w:val="16"/>
      <w:szCs w:val="22"/>
      <w:lang w:val="en-US"/>
      <w14:ligatures w14:val="none"/>
    </w:rPr>
  </w:style>
  <w:style w:type="character" w:customStyle="1" w:styleId="af5">
    <w:name w:val="Основной текст Знак"/>
    <w:basedOn w:val="a2"/>
    <w:link w:val="af4"/>
    <w:uiPriority w:val="99"/>
    <w:rsid w:val="006144B0"/>
    <w:rPr>
      <w:rFonts w:ascii="Arial" w:eastAsia="Arial" w:hAnsi="Arial"/>
      <w:kern w:val="0"/>
      <w:sz w:val="16"/>
      <w:szCs w:val="22"/>
      <w:lang w:val="en-US"/>
      <w14:ligatures w14:val="none"/>
    </w:rPr>
  </w:style>
  <w:style w:type="paragraph" w:styleId="25">
    <w:name w:val="Body Text 2"/>
    <w:basedOn w:val="a1"/>
    <w:link w:val="26"/>
    <w:uiPriority w:val="99"/>
    <w:unhideWhenUsed/>
    <w:rsid w:val="006144B0"/>
    <w:pPr>
      <w:spacing w:after="120" w:line="480" w:lineRule="auto"/>
    </w:pPr>
    <w:rPr>
      <w:rFonts w:ascii="Arial" w:eastAsia="Arial" w:hAnsi="Arial"/>
      <w:kern w:val="0"/>
      <w:sz w:val="16"/>
      <w:szCs w:val="22"/>
      <w:lang w:val="en-US"/>
      <w14:ligatures w14:val="none"/>
    </w:rPr>
  </w:style>
  <w:style w:type="character" w:customStyle="1" w:styleId="26">
    <w:name w:val="Основной текст 2 Знак"/>
    <w:basedOn w:val="a2"/>
    <w:link w:val="25"/>
    <w:uiPriority w:val="99"/>
    <w:rsid w:val="006144B0"/>
    <w:rPr>
      <w:rFonts w:ascii="Arial" w:eastAsia="Arial" w:hAnsi="Arial"/>
      <w:kern w:val="0"/>
      <w:sz w:val="16"/>
      <w:szCs w:val="22"/>
      <w:lang w:val="en-US"/>
      <w14:ligatures w14:val="none"/>
    </w:rPr>
  </w:style>
  <w:style w:type="paragraph" w:styleId="33">
    <w:name w:val="Body Text 3"/>
    <w:basedOn w:val="a1"/>
    <w:link w:val="34"/>
    <w:uiPriority w:val="99"/>
    <w:unhideWhenUsed/>
    <w:rsid w:val="006144B0"/>
    <w:pPr>
      <w:spacing w:after="120" w:line="240" w:lineRule="auto"/>
    </w:pPr>
    <w:rPr>
      <w:rFonts w:ascii="Arial" w:eastAsia="Arial" w:hAnsi="Arial"/>
      <w:kern w:val="0"/>
      <w:sz w:val="16"/>
      <w:szCs w:val="16"/>
      <w:lang w:val="en-US"/>
      <w14:ligatures w14:val="none"/>
    </w:rPr>
  </w:style>
  <w:style w:type="character" w:customStyle="1" w:styleId="34">
    <w:name w:val="Основной текст 3 Знак"/>
    <w:basedOn w:val="a2"/>
    <w:link w:val="33"/>
    <w:uiPriority w:val="99"/>
    <w:rsid w:val="006144B0"/>
    <w:rPr>
      <w:rFonts w:ascii="Arial" w:eastAsia="Arial" w:hAnsi="Arial"/>
      <w:kern w:val="0"/>
      <w:sz w:val="16"/>
      <w:szCs w:val="16"/>
      <w:lang w:val="en-US"/>
      <w14:ligatures w14:val="none"/>
    </w:rPr>
  </w:style>
  <w:style w:type="paragraph" w:styleId="af6">
    <w:name w:val="List"/>
    <w:basedOn w:val="a1"/>
    <w:uiPriority w:val="99"/>
    <w:unhideWhenUsed/>
    <w:rsid w:val="006144B0"/>
    <w:pPr>
      <w:spacing w:after="0" w:line="240" w:lineRule="auto"/>
      <w:ind w:left="360" w:hanging="360"/>
      <w:contextualSpacing/>
    </w:pPr>
    <w:rPr>
      <w:rFonts w:ascii="Arial" w:eastAsia="Arial" w:hAnsi="Arial"/>
      <w:kern w:val="0"/>
      <w:sz w:val="16"/>
      <w:szCs w:val="22"/>
      <w:lang w:val="en-US"/>
      <w14:ligatures w14:val="none"/>
    </w:rPr>
  </w:style>
  <w:style w:type="paragraph" w:styleId="27">
    <w:name w:val="List 2"/>
    <w:basedOn w:val="a1"/>
    <w:uiPriority w:val="99"/>
    <w:unhideWhenUsed/>
    <w:rsid w:val="006144B0"/>
    <w:pPr>
      <w:spacing w:after="0" w:line="240" w:lineRule="auto"/>
      <w:ind w:left="720" w:hanging="360"/>
      <w:contextualSpacing/>
    </w:pPr>
    <w:rPr>
      <w:rFonts w:ascii="Arial" w:eastAsia="Arial" w:hAnsi="Arial"/>
      <w:kern w:val="0"/>
      <w:sz w:val="16"/>
      <w:szCs w:val="22"/>
      <w:lang w:val="en-US"/>
      <w14:ligatures w14:val="none"/>
    </w:rPr>
  </w:style>
  <w:style w:type="paragraph" w:styleId="35">
    <w:name w:val="List 3"/>
    <w:basedOn w:val="a1"/>
    <w:uiPriority w:val="99"/>
    <w:unhideWhenUsed/>
    <w:rsid w:val="006144B0"/>
    <w:pPr>
      <w:spacing w:after="0" w:line="240" w:lineRule="auto"/>
      <w:ind w:left="1080" w:hanging="360"/>
      <w:contextualSpacing/>
    </w:pPr>
    <w:rPr>
      <w:rFonts w:ascii="Arial" w:eastAsia="Arial" w:hAnsi="Arial"/>
      <w:kern w:val="0"/>
      <w:sz w:val="16"/>
      <w:szCs w:val="22"/>
      <w:lang w:val="en-US"/>
      <w14:ligatures w14:val="none"/>
    </w:rPr>
  </w:style>
  <w:style w:type="paragraph" w:styleId="a0">
    <w:name w:val="List Bullet"/>
    <w:basedOn w:val="a1"/>
    <w:uiPriority w:val="99"/>
    <w:unhideWhenUsed/>
    <w:rsid w:val="006144B0"/>
    <w:pPr>
      <w:numPr>
        <w:numId w:val="2"/>
      </w:numPr>
      <w:tabs>
        <w:tab w:val="clear" w:pos="360"/>
      </w:tabs>
      <w:spacing w:after="0" w:line="240" w:lineRule="auto"/>
      <w:ind w:left="0" w:firstLine="0"/>
      <w:contextualSpacing/>
    </w:pPr>
    <w:rPr>
      <w:rFonts w:ascii="Arial" w:eastAsia="Arial" w:hAnsi="Arial"/>
      <w:kern w:val="0"/>
      <w:sz w:val="16"/>
      <w:szCs w:val="22"/>
      <w:lang w:val="en-US"/>
      <w14:ligatures w14:val="none"/>
    </w:rPr>
  </w:style>
  <w:style w:type="paragraph" w:styleId="20">
    <w:name w:val="List Bullet 2"/>
    <w:basedOn w:val="a1"/>
    <w:uiPriority w:val="99"/>
    <w:unhideWhenUsed/>
    <w:rsid w:val="006144B0"/>
    <w:pPr>
      <w:numPr>
        <w:numId w:val="3"/>
      </w:numPr>
      <w:tabs>
        <w:tab w:val="clear" w:pos="720"/>
      </w:tabs>
      <w:spacing w:after="0" w:line="240" w:lineRule="auto"/>
      <w:ind w:left="0" w:firstLine="0"/>
      <w:contextualSpacing/>
    </w:pPr>
    <w:rPr>
      <w:rFonts w:ascii="Arial" w:eastAsia="Arial" w:hAnsi="Arial"/>
      <w:kern w:val="0"/>
      <w:sz w:val="16"/>
      <w:szCs w:val="22"/>
      <w:lang w:val="en-US"/>
      <w14:ligatures w14:val="none"/>
    </w:rPr>
  </w:style>
  <w:style w:type="paragraph" w:styleId="30">
    <w:name w:val="List Bullet 3"/>
    <w:basedOn w:val="a1"/>
    <w:uiPriority w:val="99"/>
    <w:unhideWhenUsed/>
    <w:rsid w:val="006144B0"/>
    <w:pPr>
      <w:numPr>
        <w:numId w:val="4"/>
      </w:numPr>
      <w:tabs>
        <w:tab w:val="clear" w:pos="1080"/>
      </w:tabs>
      <w:spacing w:after="0" w:line="240" w:lineRule="auto"/>
      <w:ind w:left="0" w:firstLine="0"/>
      <w:contextualSpacing/>
    </w:pPr>
    <w:rPr>
      <w:rFonts w:ascii="Arial" w:eastAsia="Arial" w:hAnsi="Arial"/>
      <w:kern w:val="0"/>
      <w:sz w:val="16"/>
      <w:szCs w:val="22"/>
      <w:lang w:val="en-US"/>
      <w14:ligatures w14:val="none"/>
    </w:rPr>
  </w:style>
  <w:style w:type="paragraph" w:styleId="a">
    <w:name w:val="List Number"/>
    <w:basedOn w:val="a1"/>
    <w:uiPriority w:val="99"/>
    <w:unhideWhenUsed/>
    <w:rsid w:val="006144B0"/>
    <w:pPr>
      <w:numPr>
        <w:numId w:val="6"/>
      </w:numPr>
      <w:tabs>
        <w:tab w:val="clear" w:pos="360"/>
      </w:tabs>
      <w:spacing w:after="0" w:line="240" w:lineRule="auto"/>
      <w:ind w:left="0" w:firstLine="0"/>
      <w:contextualSpacing/>
    </w:pPr>
    <w:rPr>
      <w:rFonts w:ascii="Arial" w:eastAsia="Arial" w:hAnsi="Arial"/>
      <w:kern w:val="0"/>
      <w:sz w:val="16"/>
      <w:szCs w:val="22"/>
      <w:lang w:val="en-US"/>
      <w14:ligatures w14:val="none"/>
    </w:rPr>
  </w:style>
  <w:style w:type="paragraph" w:styleId="2">
    <w:name w:val="List Number 2"/>
    <w:basedOn w:val="a1"/>
    <w:uiPriority w:val="99"/>
    <w:unhideWhenUsed/>
    <w:rsid w:val="006144B0"/>
    <w:pPr>
      <w:numPr>
        <w:numId w:val="7"/>
      </w:numPr>
      <w:tabs>
        <w:tab w:val="clear" w:pos="720"/>
      </w:tabs>
      <w:spacing w:after="0" w:line="240" w:lineRule="auto"/>
      <w:ind w:left="0" w:firstLine="0"/>
      <w:contextualSpacing/>
    </w:pPr>
    <w:rPr>
      <w:rFonts w:ascii="Arial" w:eastAsia="Arial" w:hAnsi="Arial"/>
      <w:kern w:val="0"/>
      <w:sz w:val="16"/>
      <w:szCs w:val="22"/>
      <w:lang w:val="en-US"/>
      <w14:ligatures w14:val="none"/>
    </w:rPr>
  </w:style>
  <w:style w:type="paragraph" w:styleId="3">
    <w:name w:val="List Number 3"/>
    <w:basedOn w:val="a1"/>
    <w:uiPriority w:val="99"/>
    <w:unhideWhenUsed/>
    <w:rsid w:val="006144B0"/>
    <w:pPr>
      <w:numPr>
        <w:numId w:val="8"/>
      </w:numPr>
      <w:tabs>
        <w:tab w:val="clear" w:pos="1080"/>
      </w:tabs>
      <w:spacing w:after="0" w:line="240" w:lineRule="auto"/>
      <w:ind w:left="0" w:firstLine="0"/>
      <w:contextualSpacing/>
    </w:pPr>
    <w:rPr>
      <w:rFonts w:ascii="Arial" w:eastAsia="Arial" w:hAnsi="Arial"/>
      <w:kern w:val="0"/>
      <w:sz w:val="16"/>
      <w:szCs w:val="22"/>
      <w:lang w:val="en-US"/>
      <w14:ligatures w14:val="none"/>
    </w:rPr>
  </w:style>
  <w:style w:type="paragraph" w:styleId="af7">
    <w:name w:val="List Continue"/>
    <w:basedOn w:val="a1"/>
    <w:uiPriority w:val="99"/>
    <w:unhideWhenUsed/>
    <w:rsid w:val="006144B0"/>
    <w:pPr>
      <w:spacing w:after="120" w:line="240" w:lineRule="auto"/>
      <w:ind w:left="360"/>
      <w:contextualSpacing/>
    </w:pPr>
    <w:rPr>
      <w:rFonts w:ascii="Arial" w:eastAsia="Arial" w:hAnsi="Arial"/>
      <w:kern w:val="0"/>
      <w:sz w:val="16"/>
      <w:szCs w:val="22"/>
      <w:lang w:val="en-US"/>
      <w14:ligatures w14:val="none"/>
    </w:rPr>
  </w:style>
  <w:style w:type="paragraph" w:styleId="28">
    <w:name w:val="List Continue 2"/>
    <w:basedOn w:val="a1"/>
    <w:uiPriority w:val="99"/>
    <w:unhideWhenUsed/>
    <w:rsid w:val="006144B0"/>
    <w:pPr>
      <w:spacing w:after="120" w:line="240" w:lineRule="auto"/>
      <w:ind w:left="720"/>
      <w:contextualSpacing/>
    </w:pPr>
    <w:rPr>
      <w:rFonts w:ascii="Arial" w:eastAsia="Arial" w:hAnsi="Arial"/>
      <w:kern w:val="0"/>
      <w:sz w:val="16"/>
      <w:szCs w:val="22"/>
      <w:lang w:val="en-US"/>
      <w14:ligatures w14:val="none"/>
    </w:rPr>
  </w:style>
  <w:style w:type="paragraph" w:styleId="36">
    <w:name w:val="List Continue 3"/>
    <w:basedOn w:val="a1"/>
    <w:uiPriority w:val="99"/>
    <w:unhideWhenUsed/>
    <w:rsid w:val="006144B0"/>
    <w:pPr>
      <w:spacing w:after="120" w:line="240" w:lineRule="auto"/>
      <w:ind w:left="1080"/>
      <w:contextualSpacing/>
    </w:pPr>
    <w:rPr>
      <w:rFonts w:ascii="Arial" w:eastAsia="Arial" w:hAnsi="Arial"/>
      <w:kern w:val="0"/>
      <w:sz w:val="16"/>
      <w:szCs w:val="22"/>
      <w:lang w:val="en-US"/>
      <w14:ligatures w14:val="none"/>
    </w:rPr>
  </w:style>
  <w:style w:type="paragraph" w:styleId="af8">
    <w:name w:val="macro"/>
    <w:link w:val="af9"/>
    <w:uiPriority w:val="99"/>
    <w:unhideWhenUsed/>
    <w:rsid w:val="006144B0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character" w:customStyle="1" w:styleId="af9">
    <w:name w:val="Текст макроса Знак"/>
    <w:basedOn w:val="a2"/>
    <w:link w:val="af8"/>
    <w:uiPriority w:val="99"/>
    <w:rsid w:val="006144B0"/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paragraph" w:styleId="afa">
    <w:name w:val="caption"/>
    <w:basedOn w:val="a1"/>
    <w:next w:val="a1"/>
    <w:uiPriority w:val="35"/>
    <w:semiHidden/>
    <w:unhideWhenUsed/>
    <w:qFormat/>
    <w:rsid w:val="006144B0"/>
    <w:pPr>
      <w:spacing w:after="0" w:line="240" w:lineRule="auto"/>
    </w:pPr>
    <w:rPr>
      <w:rFonts w:ascii="Arial" w:eastAsia="Arial" w:hAnsi="Arial"/>
      <w:b/>
      <w:bCs/>
      <w:color w:val="4472C4" w:themeColor="accent1"/>
      <w:kern w:val="0"/>
      <w:sz w:val="18"/>
      <w:szCs w:val="18"/>
      <w:lang w:val="en-US"/>
      <w14:ligatures w14:val="none"/>
    </w:rPr>
  </w:style>
  <w:style w:type="character" w:styleId="afb">
    <w:name w:val="Strong"/>
    <w:basedOn w:val="a2"/>
    <w:uiPriority w:val="22"/>
    <w:qFormat/>
    <w:rsid w:val="006144B0"/>
    <w:rPr>
      <w:b/>
      <w:bCs/>
    </w:rPr>
  </w:style>
  <w:style w:type="character" w:styleId="afc">
    <w:name w:val="Emphasis"/>
    <w:basedOn w:val="a2"/>
    <w:uiPriority w:val="20"/>
    <w:qFormat/>
    <w:rsid w:val="006144B0"/>
    <w:rPr>
      <w:i/>
      <w:iCs/>
    </w:rPr>
  </w:style>
  <w:style w:type="character" w:styleId="afd">
    <w:name w:val="Subtle Emphasis"/>
    <w:basedOn w:val="a2"/>
    <w:uiPriority w:val="19"/>
    <w:qFormat/>
    <w:rsid w:val="006144B0"/>
    <w:rPr>
      <w:i/>
      <w:iCs/>
      <w:color w:val="808080" w:themeColor="text1" w:themeTint="7F"/>
    </w:rPr>
  </w:style>
  <w:style w:type="character" w:styleId="afe">
    <w:name w:val="Subtle Reference"/>
    <w:basedOn w:val="a2"/>
    <w:uiPriority w:val="31"/>
    <w:qFormat/>
    <w:rsid w:val="006144B0"/>
    <w:rPr>
      <w:smallCaps/>
      <w:color w:val="ED7D31" w:themeColor="accent2"/>
      <w:u w:val="single"/>
    </w:rPr>
  </w:style>
  <w:style w:type="character" w:styleId="aff">
    <w:name w:val="Book Title"/>
    <w:basedOn w:val="a2"/>
    <w:uiPriority w:val="33"/>
    <w:qFormat/>
    <w:rsid w:val="006144B0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6144B0"/>
    <w:pPr>
      <w:spacing w:before="480" w:after="0" w:line="240" w:lineRule="auto"/>
      <w:outlineLvl w:val="9"/>
    </w:pPr>
    <w:rPr>
      <w:b/>
      <w:bCs/>
      <w:kern w:val="0"/>
      <w:sz w:val="28"/>
      <w:szCs w:val="28"/>
      <w:lang w:val="en-US"/>
      <w14:ligatures w14:val="none"/>
    </w:rPr>
  </w:style>
  <w:style w:type="table" w:styleId="aff1">
    <w:name w:val="Table Grid"/>
    <w:basedOn w:val="a3"/>
    <w:uiPriority w:val="59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6144B0"/>
    <w:pPr>
      <w:spacing w:after="0" w:line="240" w:lineRule="auto"/>
    </w:pPr>
    <w:rPr>
      <w:rFonts w:eastAsiaTheme="minorEastAsia"/>
      <w:color w:val="000000" w:themeColor="text1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6144B0"/>
    <w:pPr>
      <w:spacing w:after="0" w:line="240" w:lineRule="auto"/>
    </w:pPr>
    <w:rPr>
      <w:rFonts w:eastAsiaTheme="minorEastAsia"/>
      <w:color w:val="2F5496" w:themeColor="accent1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">
    <w:name w:val="Light Shading Accent 2"/>
    <w:basedOn w:val="a3"/>
    <w:uiPriority w:val="60"/>
    <w:rsid w:val="006144B0"/>
    <w:pPr>
      <w:spacing w:after="0" w:line="240" w:lineRule="auto"/>
    </w:pPr>
    <w:rPr>
      <w:rFonts w:eastAsiaTheme="minorEastAsia"/>
      <w:color w:val="C45911" w:themeColor="accent2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rsid w:val="006144B0"/>
    <w:pPr>
      <w:spacing w:after="0" w:line="240" w:lineRule="auto"/>
    </w:pPr>
    <w:rPr>
      <w:rFonts w:eastAsiaTheme="minorEastAsia"/>
      <w:color w:val="7B7B7B" w:themeColor="accent3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rsid w:val="006144B0"/>
    <w:pPr>
      <w:spacing w:after="0" w:line="240" w:lineRule="auto"/>
    </w:pPr>
    <w:rPr>
      <w:rFonts w:eastAsiaTheme="minorEastAsia"/>
      <w:color w:val="BF8F00" w:themeColor="accent4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rsid w:val="006144B0"/>
    <w:pPr>
      <w:spacing w:after="0" w:line="240" w:lineRule="auto"/>
    </w:pPr>
    <w:rPr>
      <w:rFonts w:eastAsiaTheme="minorEastAsia"/>
      <w:color w:val="2E74B5" w:themeColor="accent5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">
    <w:name w:val="Light Shading Accent 6"/>
    <w:basedOn w:val="a3"/>
    <w:uiPriority w:val="60"/>
    <w:rsid w:val="006144B0"/>
    <w:pPr>
      <w:spacing w:after="0" w:line="240" w:lineRule="auto"/>
    </w:pPr>
    <w:rPr>
      <w:rFonts w:eastAsiaTheme="minorEastAsia"/>
      <w:color w:val="538135" w:themeColor="accent6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3">
    <w:name w:val="Light List"/>
    <w:basedOn w:val="a3"/>
    <w:uiPriority w:val="61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0">
    <w:name w:val="Light List Accent 2"/>
    <w:basedOn w:val="a3"/>
    <w:uiPriority w:val="61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0">
    <w:name w:val="Light List Accent 6"/>
    <w:basedOn w:val="a3"/>
    <w:uiPriority w:val="61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4">
    <w:name w:val="Light Grid"/>
    <w:basedOn w:val="a3"/>
    <w:uiPriority w:val="62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1">
    <w:name w:val="Light Grid Accent 2"/>
    <w:basedOn w:val="a3"/>
    <w:uiPriority w:val="62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3"/>
    <w:uiPriority w:val="62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1">
    <w:name w:val="Light Grid Accent 4"/>
    <w:basedOn w:val="a3"/>
    <w:uiPriority w:val="62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1">
    <w:name w:val="Light Grid Accent 5"/>
    <w:basedOn w:val="a3"/>
    <w:uiPriority w:val="62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1">
    <w:name w:val="Light Grid Accent 6"/>
    <w:basedOn w:val="a3"/>
    <w:uiPriority w:val="62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1">
    <w:name w:val="Medium Shading 1"/>
    <w:basedOn w:val="a3"/>
    <w:uiPriority w:val="63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0">
    <w:name w:val="Medium List 1 Accent 2"/>
    <w:basedOn w:val="a3"/>
    <w:uiPriority w:val="65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0">
    <w:name w:val="Medium List 1 Accent 6"/>
    <w:basedOn w:val="a3"/>
    <w:uiPriority w:val="65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a">
    <w:name w:val="Medium List 2"/>
    <w:basedOn w:val="a3"/>
    <w:uiPriority w:val="66"/>
    <w:rsid w:val="006144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6144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6144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6144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6144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6144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6144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3"/>
    <w:uiPriority w:val="67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3"/>
    <w:uiPriority w:val="67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3"/>
    <w:uiPriority w:val="67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3"/>
    <w:uiPriority w:val="67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3"/>
    <w:uiPriority w:val="67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b">
    <w:name w:val="Medium Grid 2"/>
    <w:basedOn w:val="a3"/>
    <w:uiPriority w:val="68"/>
    <w:rsid w:val="006144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6144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6144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6144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6144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6144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6144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">
    <w:name w:val="Medium Grid 3 Accent 2"/>
    <w:basedOn w:val="a3"/>
    <w:uiPriority w:val="69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3"/>
    <w:uiPriority w:val="69"/>
    <w:rsid w:val="006144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5">
    <w:name w:val="Dark List"/>
    <w:basedOn w:val="a3"/>
    <w:uiPriority w:val="70"/>
    <w:rsid w:val="006144B0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6144B0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3"/>
    <w:uiPriority w:val="70"/>
    <w:rsid w:val="006144B0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rsid w:val="006144B0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rsid w:val="006144B0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rsid w:val="006144B0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3"/>
    <w:uiPriority w:val="70"/>
    <w:rsid w:val="006144B0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6">
    <w:name w:val="Colorful Shading"/>
    <w:basedOn w:val="a3"/>
    <w:uiPriority w:val="71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3">
    <w:name w:val="Colorful Shading Accent 4"/>
    <w:basedOn w:val="a3"/>
    <w:uiPriority w:val="71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4">
    <w:name w:val="Colorful List Accent 2"/>
    <w:basedOn w:val="a3"/>
    <w:uiPriority w:val="72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4">
    <w:name w:val="Colorful List Accent 3"/>
    <w:basedOn w:val="a3"/>
    <w:uiPriority w:val="72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Colorful List Accent 4"/>
    <w:basedOn w:val="a3"/>
    <w:uiPriority w:val="72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4">
    <w:name w:val="Colorful List Accent 5"/>
    <w:basedOn w:val="a3"/>
    <w:uiPriority w:val="72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4">
    <w:name w:val="Colorful List Accent 6"/>
    <w:basedOn w:val="a3"/>
    <w:uiPriority w:val="72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8">
    <w:name w:val="Colorful Grid"/>
    <w:basedOn w:val="a3"/>
    <w:uiPriority w:val="73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5">
    <w:name w:val="Colorful Grid Accent 2"/>
    <w:basedOn w:val="a3"/>
    <w:uiPriority w:val="73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5">
    <w:name w:val="Colorful Grid Accent 3"/>
    <w:basedOn w:val="a3"/>
    <w:uiPriority w:val="73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3"/>
    <w:uiPriority w:val="73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3"/>
    <w:uiPriority w:val="73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5">
    <w:name w:val="Colorful Grid Accent 6"/>
    <w:basedOn w:val="a3"/>
    <w:uiPriority w:val="73"/>
    <w:rsid w:val="006144B0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1F4C2-2947-41F3-804D-08D32E85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69</Pages>
  <Words>15023</Words>
  <Characters>85634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Elşən Qafarov</dc:creator>
  <cp:keywords/>
  <dc:description/>
  <cp:lastModifiedBy>Elşən Qafarov</cp:lastModifiedBy>
  <cp:revision>21</cp:revision>
  <dcterms:created xsi:type="dcterms:W3CDTF">2026-02-15T04:58:00Z</dcterms:created>
  <dcterms:modified xsi:type="dcterms:W3CDTF">2026-08-02T08:14:00Z</dcterms:modified>
</cp:coreProperties>
</file>