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ind w:left="0" w:right="0" w:firstLine="0"/>
        <w:jc w:val="left"/>
      </w:pPr>
      <w:r>
        <w:drawing>
          <wp:inline xmlns:a="http://schemas.openxmlformats.org/drawingml/2006/main" xmlns:pic="http://schemas.openxmlformats.org/drawingml/2006/picture">
            <wp:extent cx="7541696" cy="106736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1696" cy="10673699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14" w:right="14" w:bottom="14" w:left="1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